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0DA" w:rsidRDefault="00CC1905">
      <w:pPr>
        <w:spacing w:after="40" w:line="300" w:lineRule="auto"/>
        <w:jc w:val="center"/>
      </w:pPr>
      <w:r>
        <w:rPr>
          <w:b/>
          <w:sz w:val="32"/>
        </w:rPr>
        <w:t>ಪತ್ರಿಕಾ</w:t>
      </w:r>
      <w:r>
        <w:rPr>
          <w:b/>
          <w:sz w:val="32"/>
        </w:rPr>
        <w:t xml:space="preserve"> </w:t>
      </w:r>
      <w:r>
        <w:rPr>
          <w:b/>
          <w:sz w:val="32"/>
        </w:rPr>
        <w:t>ಪ್ರಕಟಣೆ</w:t>
      </w:r>
    </w:p>
    <w:p w:rsidR="005E00DA" w:rsidRDefault="00CC1905">
      <w:pPr>
        <w:spacing w:after="120" w:line="300" w:lineRule="auto"/>
        <w:jc w:val="center"/>
      </w:pPr>
      <w:r>
        <w:t>(</w:t>
      </w:r>
      <w:r>
        <w:t>ಬಿಡುಗಡೆ</w:t>
      </w:r>
      <w:r>
        <w:t xml:space="preserve"> </w:t>
      </w:r>
      <w:r>
        <w:t>ಮಾಡಿದವರು</w:t>
      </w:r>
      <w:r>
        <w:t xml:space="preserve">: </w:t>
      </w:r>
      <w:r>
        <w:t>ರಾಮಚಂದ್ರನ್</w:t>
      </w:r>
      <w:r>
        <w:t xml:space="preserve"> </w:t>
      </w:r>
      <w:r>
        <w:t>ಆರ್</w:t>
      </w:r>
      <w:r>
        <w:t xml:space="preserve">, </w:t>
      </w:r>
      <w:r>
        <w:t>ನಿರ್ದೇಶಕರು</w:t>
      </w:r>
      <w:r>
        <w:t xml:space="preserve"> </w:t>
      </w:r>
      <w:r>
        <w:t>ಮತ್ತು</w:t>
      </w:r>
      <w:r>
        <w:t xml:space="preserve"> </w:t>
      </w:r>
      <w:r>
        <w:t>ಮುಖ್ಯ</w:t>
      </w:r>
      <w:r>
        <w:t xml:space="preserve"> </w:t>
      </w:r>
      <w:r>
        <w:t>ಪ್ರಧಾನ</w:t>
      </w:r>
      <w:r>
        <w:t xml:space="preserve"> </w:t>
      </w:r>
      <w:r>
        <w:t>ಜನಗಣತಿ</w:t>
      </w:r>
      <w:r>
        <w:t xml:space="preserve"> </w:t>
      </w:r>
      <w:r>
        <w:t>ಅಧಿಕಾರಿ</w:t>
      </w:r>
      <w:r>
        <w:t xml:space="preserve">, </w:t>
      </w:r>
      <w:r>
        <w:t>ಜನಗಣತಿ</w:t>
      </w:r>
      <w:r>
        <w:t xml:space="preserve"> </w:t>
      </w:r>
      <w:r>
        <w:t>ಕಾರ್ಯಾಚರಣೆಗಳ</w:t>
      </w:r>
      <w:r>
        <w:t xml:space="preserve"> </w:t>
      </w:r>
      <w:r>
        <w:t>ನಿರ್ದೇಶನಾಲಯ</w:t>
      </w:r>
      <w:r>
        <w:t xml:space="preserve">, </w:t>
      </w:r>
      <w:r>
        <w:t>ಕರ್ನಾಟಕ</w:t>
      </w:r>
      <w:r>
        <w:t>)</w:t>
      </w:r>
    </w:p>
    <w:p w:rsidR="005E00DA" w:rsidRDefault="00CC1905">
      <w:pPr>
        <w:spacing w:line="300" w:lineRule="auto"/>
        <w:jc w:val="center"/>
      </w:pPr>
      <w:r>
        <w:rPr>
          <w:b/>
          <w:sz w:val="28"/>
        </w:rPr>
        <w:t>ಭಾರತದ</w:t>
      </w:r>
      <w:r>
        <w:rPr>
          <w:b/>
          <w:sz w:val="28"/>
        </w:rPr>
        <w:t xml:space="preserve"> </w:t>
      </w:r>
      <w:r>
        <w:rPr>
          <w:b/>
          <w:sz w:val="28"/>
        </w:rPr>
        <w:t>ಜನಗಣತಿ</w:t>
      </w:r>
      <w:r>
        <w:rPr>
          <w:b/>
          <w:sz w:val="28"/>
        </w:rPr>
        <w:t xml:space="preserve"> 2027</w:t>
      </w:r>
    </w:p>
    <w:p w:rsidR="005E00DA" w:rsidRDefault="00CC1905">
      <w:pPr>
        <w:spacing w:after="180" w:line="300" w:lineRule="auto"/>
        <w:jc w:val="both"/>
      </w:pPr>
      <w:r>
        <w:rPr>
          <w:b/>
        </w:rPr>
        <w:t>ಬೆಂಗಳೂರು</w:t>
      </w:r>
      <w:r>
        <w:rPr>
          <w:b/>
        </w:rPr>
        <w:t>, 2026</w:t>
      </w:r>
      <w:r>
        <w:rPr>
          <w:b/>
        </w:rPr>
        <w:t>ರ</w:t>
      </w:r>
      <w:r>
        <w:rPr>
          <w:b/>
        </w:rPr>
        <w:t xml:space="preserve"> </w:t>
      </w:r>
      <w:r>
        <w:rPr>
          <w:b/>
        </w:rPr>
        <w:t>ಅಕ್ಟೋಬರ್</w:t>
      </w:r>
      <w:r>
        <w:rPr>
          <w:b/>
        </w:rPr>
        <w:t xml:space="preserve"> 30: </w:t>
      </w:r>
      <w:r>
        <w:t>ಜನಸಂಖ್ಯಾ</w:t>
      </w:r>
      <w:r>
        <w:t xml:space="preserve"> </w:t>
      </w:r>
      <w:r>
        <w:t>ಗಣತಿಗೆ</w:t>
      </w:r>
      <w:r>
        <w:t xml:space="preserve"> </w:t>
      </w:r>
      <w:r>
        <w:t>ಸಂಬಂಧಿಸಿದ</w:t>
      </w:r>
      <w:r>
        <w:t xml:space="preserve"> </w:t>
      </w:r>
      <w:r>
        <w:t>ಜನಗಣತಿ</w:t>
      </w:r>
      <w:r>
        <w:t xml:space="preserve"> 2027</w:t>
      </w:r>
      <w:r>
        <w:t>ರ</w:t>
      </w:r>
      <w:r>
        <w:t xml:space="preserve"> </w:t>
      </w:r>
      <w:r>
        <w:t>ಹಂತ</w:t>
      </w:r>
      <w:r>
        <w:t>-II</w:t>
      </w:r>
      <w:r>
        <w:t>ರ</w:t>
      </w:r>
      <w:r>
        <w:t xml:space="preserve"> </w:t>
      </w:r>
      <w:r>
        <w:t>ರಾಜ್ಯಮಟ್ಟದ</w:t>
      </w:r>
      <w:r>
        <w:t xml:space="preserve"> </w:t>
      </w:r>
      <w:r>
        <w:t>ಪ್ರಧಾನ</w:t>
      </w:r>
      <w:r>
        <w:t xml:space="preserve"> </w:t>
      </w:r>
      <w:r>
        <w:t>ಜನಗಣತಿ</w:t>
      </w:r>
      <w:r>
        <w:t xml:space="preserve"> </w:t>
      </w:r>
      <w:r>
        <w:t>ಅಧಿಕಾರಿಗಳ</w:t>
      </w:r>
      <w:r>
        <w:t xml:space="preserve"> </w:t>
      </w:r>
      <w:r>
        <w:t>ಸಮ್ಮೇಳನವು</w:t>
      </w:r>
      <w:r>
        <w:t xml:space="preserve"> </w:t>
      </w:r>
      <w:r>
        <w:t>ಇಂದು</w:t>
      </w:r>
      <w:r>
        <w:t xml:space="preserve"> </w:t>
      </w:r>
      <w:r>
        <w:t>ಬೆಂಗಳೂರಿನ</w:t>
      </w:r>
      <w:r>
        <w:t xml:space="preserve"> </w:t>
      </w:r>
      <w:r>
        <w:t>ವಿಕಾಸ</w:t>
      </w:r>
      <w:r>
        <w:t xml:space="preserve"> </w:t>
      </w:r>
      <w:r>
        <w:t>ಸೌಧದ</w:t>
      </w:r>
      <w:r>
        <w:t xml:space="preserve"> </w:t>
      </w:r>
      <w:r>
        <w:t>ಸಭಾಂಗಣ</w:t>
      </w:r>
      <w:r>
        <w:t xml:space="preserve"> </w:t>
      </w:r>
      <w:r>
        <w:t>ಸಂಖ್ಯೆ</w:t>
      </w:r>
      <w:r>
        <w:t xml:space="preserve"> 419</w:t>
      </w:r>
      <w:r>
        <w:t>ರಲ್ಲಿ</w:t>
      </w:r>
      <w:r>
        <w:t xml:space="preserve"> </w:t>
      </w:r>
      <w:r>
        <w:t>ನಡೆಯಿತು</w:t>
      </w:r>
      <w:r>
        <w:t xml:space="preserve">. </w:t>
      </w:r>
      <w:r>
        <w:t>ಸಮ್ಮೇಳನದಲ್ಲಿ</w:t>
      </w:r>
      <w:r>
        <w:t xml:space="preserve"> </w:t>
      </w:r>
      <w:r>
        <w:t>ಜನಸಂಖ್ಯಾ</w:t>
      </w:r>
      <w:r>
        <w:t xml:space="preserve"> </w:t>
      </w:r>
      <w:r>
        <w:t>ಗಣತಿಗಾಗಿ</w:t>
      </w:r>
      <w:r>
        <w:t xml:space="preserve"> </w:t>
      </w:r>
      <w:r>
        <w:t>ರಾಜ್ಯದ</w:t>
      </w:r>
      <w:r>
        <w:t xml:space="preserve"> </w:t>
      </w:r>
      <w:r>
        <w:t>ಸನ್ನದ್ಧತೆಯನ್ನು</w:t>
      </w:r>
      <w:r>
        <w:t xml:space="preserve"> </w:t>
      </w:r>
      <w:r>
        <w:t>ಪರಿಶೀಲಿಸಲಾಯಿತು</w:t>
      </w:r>
      <w:r>
        <w:t xml:space="preserve">; </w:t>
      </w:r>
      <w:r>
        <w:t>ಜಿಲ್ಲಾ</w:t>
      </w:r>
      <w:r>
        <w:t xml:space="preserve"> </w:t>
      </w:r>
      <w:r>
        <w:t>ಆಡಳಿತಗಳ</w:t>
      </w:r>
      <w:r>
        <w:t xml:space="preserve"> </w:t>
      </w:r>
      <w:r>
        <w:t>ನಡುವಿನ</w:t>
      </w:r>
      <w:r>
        <w:t xml:space="preserve"> </w:t>
      </w:r>
      <w:r>
        <w:t>ಸಮನ್ವಯ</w:t>
      </w:r>
      <w:r>
        <w:t xml:space="preserve">, </w:t>
      </w:r>
      <w:r>
        <w:t>ಕಾರ್ಯಾಚರಣೆಯ</w:t>
      </w:r>
      <w:r>
        <w:t xml:space="preserve"> </w:t>
      </w:r>
      <w:r>
        <w:t>ಸಿದ್ಧತೆ</w:t>
      </w:r>
      <w:r>
        <w:t xml:space="preserve">, </w:t>
      </w:r>
      <w:r>
        <w:t>ಸಾಮರ್ಥ್ಯ</w:t>
      </w:r>
      <w:r>
        <w:t xml:space="preserve"> </w:t>
      </w:r>
      <w:r>
        <w:t>ವೃದ್ಧಿ</w:t>
      </w:r>
      <w:r>
        <w:t xml:space="preserve">, </w:t>
      </w:r>
      <w:r>
        <w:t>ಡಿಜಿಟಲ್</w:t>
      </w:r>
      <w:r>
        <w:t xml:space="preserve"> </w:t>
      </w:r>
      <w:r>
        <w:t>ಸಾಧನಗಳ</w:t>
      </w:r>
      <w:r>
        <w:t xml:space="preserve"> </w:t>
      </w:r>
      <w:r>
        <w:t>ಪರಿಣಾಮಕಾರಿ</w:t>
      </w:r>
      <w:r>
        <w:t xml:space="preserve"> </w:t>
      </w:r>
      <w:r>
        <w:t>ಬಳಕೆ</w:t>
      </w:r>
      <w:r>
        <w:t xml:space="preserve"> </w:t>
      </w:r>
      <w:r>
        <w:t>ಹಾಗ</w:t>
      </w:r>
      <w:r>
        <w:t>ೂ</w:t>
      </w:r>
      <w:r>
        <w:t xml:space="preserve"> </w:t>
      </w:r>
      <w:r>
        <w:t>ಕರ್ನಾಟಕದಾದ್ಯಂತ</w:t>
      </w:r>
      <w:r>
        <w:t xml:space="preserve"> </w:t>
      </w:r>
      <w:r>
        <w:t>ನಿಖರ</w:t>
      </w:r>
      <w:r>
        <w:t xml:space="preserve"> </w:t>
      </w:r>
      <w:r>
        <w:t>ಮತ್ತು</w:t>
      </w:r>
      <w:r>
        <w:t xml:space="preserve"> </w:t>
      </w:r>
      <w:r>
        <w:t>ಸಮಗ್ರ</w:t>
      </w:r>
      <w:r>
        <w:t xml:space="preserve"> </w:t>
      </w:r>
      <w:r>
        <w:t>ಜನಸಂಖ್ಯಾ</w:t>
      </w:r>
      <w:r>
        <w:t xml:space="preserve"> </w:t>
      </w:r>
      <w:r>
        <w:t>ವ್ಯಾಪ್ತಿಯನ್ನು</w:t>
      </w:r>
      <w:r>
        <w:t xml:space="preserve"> </w:t>
      </w:r>
      <w:r>
        <w:t>ಖಾತರಿಪಡಿಸುವ</w:t>
      </w:r>
      <w:r>
        <w:t xml:space="preserve"> </w:t>
      </w:r>
      <w:r>
        <w:t>ಬಗ್ಗೆ</w:t>
      </w:r>
      <w:r>
        <w:t xml:space="preserve"> </w:t>
      </w:r>
      <w:r>
        <w:t>ವಿಶೇಷ</w:t>
      </w:r>
      <w:r>
        <w:t xml:space="preserve"> </w:t>
      </w:r>
      <w:r>
        <w:t>ಗಮನ</w:t>
      </w:r>
      <w:r>
        <w:t xml:space="preserve"> </w:t>
      </w:r>
      <w:r>
        <w:t>ಹರಿಸಲಾಯಿತು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ಸಮ್ಮೇಳನವನ್ನು</w:t>
      </w:r>
      <w:r>
        <w:t xml:space="preserve"> </w:t>
      </w:r>
      <w:r>
        <w:t>ಕರ್ನಾಟಕ</w:t>
      </w:r>
      <w:r>
        <w:t xml:space="preserve"> </w:t>
      </w:r>
      <w:r>
        <w:t>ಸರ್ಕಾರದ</w:t>
      </w:r>
      <w:r>
        <w:t xml:space="preserve"> </w:t>
      </w:r>
      <w:r>
        <w:t>ಅಪರ</w:t>
      </w:r>
      <w:r>
        <w:t xml:space="preserve"> </w:t>
      </w:r>
      <w:r>
        <w:t>ಮುಖ್ಯ</w:t>
      </w:r>
      <w:r>
        <w:t xml:space="preserve"> </w:t>
      </w:r>
      <w:r>
        <w:t>ಕಾರ್ಯದರ್ಶಿ</w:t>
      </w:r>
      <w:r>
        <w:t xml:space="preserve"> </w:t>
      </w:r>
      <w:r>
        <w:t>ಮತ್ತು</w:t>
      </w:r>
      <w:r>
        <w:t xml:space="preserve"> </w:t>
      </w:r>
      <w:r>
        <w:t>ಅಭಿವೃದ್ಧಿ</w:t>
      </w:r>
      <w:r>
        <w:t xml:space="preserve"> </w:t>
      </w:r>
      <w:r>
        <w:t>ಆಯುಕ್ತರಾದ</w:t>
      </w:r>
      <w:r>
        <w:t xml:space="preserve"> </w:t>
      </w:r>
      <w:r>
        <w:t>ಶ್ರೀಮತಿ</w:t>
      </w:r>
      <w:r>
        <w:t xml:space="preserve"> </w:t>
      </w:r>
      <w:r>
        <w:t>ಉಮಾ</w:t>
      </w:r>
      <w:r>
        <w:t xml:space="preserve"> </w:t>
      </w:r>
      <w:r>
        <w:t>ಮಹದೇವನ್</w:t>
      </w:r>
      <w:r>
        <w:t xml:space="preserve">, </w:t>
      </w:r>
      <w:r>
        <w:t>ಐಎಎಸ್</w:t>
      </w:r>
      <w:r>
        <w:t xml:space="preserve"> </w:t>
      </w:r>
      <w:r>
        <w:t>ಅವರು</w:t>
      </w:r>
      <w:r>
        <w:t xml:space="preserve"> </w:t>
      </w:r>
      <w:r>
        <w:t>ಉದ್ಘಾಟಿಸಿದರು</w:t>
      </w:r>
      <w:r>
        <w:t xml:space="preserve">. </w:t>
      </w:r>
      <w:r>
        <w:t>ಜಿಬಿಎ</w:t>
      </w:r>
      <w:r>
        <w:t xml:space="preserve"> </w:t>
      </w:r>
      <w:r>
        <w:t>ಮುಖ್ಯ</w:t>
      </w:r>
      <w:r>
        <w:t xml:space="preserve"> </w:t>
      </w:r>
      <w:r>
        <w:t>ಆಯುಕ್ತರಾದ</w:t>
      </w:r>
      <w:r>
        <w:t xml:space="preserve"> </w:t>
      </w:r>
      <w:r>
        <w:t>ಶ್ರೀ</w:t>
      </w:r>
      <w:r>
        <w:t xml:space="preserve"> </w:t>
      </w:r>
      <w:r>
        <w:t>ಮಹೇಶ್ವರ್</w:t>
      </w:r>
      <w:r>
        <w:t xml:space="preserve"> </w:t>
      </w:r>
      <w:r>
        <w:t>ರ</w:t>
      </w:r>
      <w:r>
        <w:t>ಾವ್</w:t>
      </w:r>
      <w:r>
        <w:t xml:space="preserve"> </w:t>
      </w:r>
      <w:r>
        <w:t>ಎಂ</w:t>
      </w:r>
      <w:r>
        <w:t xml:space="preserve">, </w:t>
      </w:r>
      <w:r>
        <w:t>ಐಎಎಸ್</w:t>
      </w:r>
      <w:r>
        <w:t xml:space="preserve">; </w:t>
      </w:r>
      <w:r>
        <w:t>ರಾಜ್ಯಮಟ್ಟದ</w:t>
      </w:r>
      <w:r>
        <w:t xml:space="preserve"> </w:t>
      </w:r>
      <w:r>
        <w:t>ಜನಗಣತಿ</w:t>
      </w:r>
      <w:r>
        <w:t xml:space="preserve"> </w:t>
      </w:r>
      <w:r>
        <w:t>ಸಮನ್ವಯ</w:t>
      </w:r>
      <w:r>
        <w:t xml:space="preserve"> </w:t>
      </w:r>
      <w:r>
        <w:t>ಸಮಿತಿ</w:t>
      </w:r>
      <w:r>
        <w:t xml:space="preserve"> (SLCCC)</w:t>
      </w:r>
      <w:r>
        <w:t>ಯ</w:t>
      </w:r>
      <w:r>
        <w:t xml:space="preserve"> </w:t>
      </w:r>
      <w:r>
        <w:t>ಸದಸ್ಯರು</w:t>
      </w:r>
      <w:r>
        <w:t xml:space="preserve">; </w:t>
      </w:r>
      <w:r>
        <w:t>ಕಂದಾಯ</w:t>
      </w:r>
      <w:r>
        <w:t xml:space="preserve"> </w:t>
      </w:r>
      <w:r>
        <w:t>ಇಲಾಖೆಯ</w:t>
      </w:r>
      <w:r>
        <w:t xml:space="preserve"> (</w:t>
      </w:r>
      <w:r>
        <w:t>ವಿಪತ್ತು</w:t>
      </w:r>
      <w:r>
        <w:t xml:space="preserve"> </w:t>
      </w:r>
      <w:r>
        <w:t>ನಿರ್ವಹಣೆ</w:t>
      </w:r>
      <w:r>
        <w:t xml:space="preserve">) </w:t>
      </w:r>
      <w:r>
        <w:t>ಸರ್ಕಾರದ</w:t>
      </w:r>
      <w:r>
        <w:t xml:space="preserve"> </w:t>
      </w:r>
      <w:r>
        <w:t>ಕಾರ್ಯದರ್ಶಿ</w:t>
      </w:r>
      <w:r>
        <w:t xml:space="preserve"> </w:t>
      </w:r>
      <w:r>
        <w:t>ಮತ್ತು</w:t>
      </w:r>
      <w:r>
        <w:t xml:space="preserve"> </w:t>
      </w:r>
      <w:r>
        <w:t>ಜನಗಣತಿ</w:t>
      </w:r>
      <w:r>
        <w:t xml:space="preserve"> 2027</w:t>
      </w:r>
      <w:r>
        <w:t>ರ</w:t>
      </w:r>
      <w:r>
        <w:t xml:space="preserve"> </w:t>
      </w:r>
      <w:r>
        <w:t>ರಾಜ್ಯ</w:t>
      </w:r>
      <w:r>
        <w:t xml:space="preserve"> </w:t>
      </w:r>
      <w:r>
        <w:t>ನೋಡಲ್</w:t>
      </w:r>
      <w:r>
        <w:t xml:space="preserve"> </w:t>
      </w:r>
      <w:r>
        <w:t>ಅಧಿಕಾರಿಯಾದ</w:t>
      </w:r>
      <w:r>
        <w:t xml:space="preserve"> </w:t>
      </w:r>
      <w:r>
        <w:t>ಶ್ರೀ</w:t>
      </w:r>
      <w:r>
        <w:t xml:space="preserve"> </w:t>
      </w:r>
      <w:r>
        <w:t>ಮನೋಜ್</w:t>
      </w:r>
      <w:r>
        <w:t xml:space="preserve"> </w:t>
      </w:r>
      <w:r>
        <w:t>ಕುಮಾರ್</w:t>
      </w:r>
      <w:r>
        <w:t xml:space="preserve"> </w:t>
      </w:r>
      <w:r>
        <w:t>ಮೀನಾ</w:t>
      </w:r>
      <w:r>
        <w:t xml:space="preserve">, </w:t>
      </w:r>
      <w:r>
        <w:t>ಐಎಎಸ್</w:t>
      </w:r>
      <w:r>
        <w:t xml:space="preserve">; </w:t>
      </w:r>
      <w:r>
        <w:t>ಜನಗಣತಿ</w:t>
      </w:r>
      <w:r>
        <w:t xml:space="preserve"> </w:t>
      </w:r>
      <w:r>
        <w:t>ಕಾರ್ಯಾಚರಣೆಗಳ</w:t>
      </w:r>
      <w:r>
        <w:t xml:space="preserve"> </w:t>
      </w:r>
      <w:r>
        <w:t>ನಿರ್ದೇಶಕರು</w:t>
      </w:r>
      <w:r>
        <w:t xml:space="preserve">, </w:t>
      </w:r>
      <w:r>
        <w:t>ಪ್ರಾದೇಶಿಕ</w:t>
      </w:r>
      <w:r>
        <w:t xml:space="preserve"> </w:t>
      </w:r>
      <w:r>
        <w:t>ಆಯುಕ್ತರು</w:t>
      </w:r>
      <w:r>
        <w:t xml:space="preserve">, </w:t>
      </w:r>
      <w:r>
        <w:t>ಜಿಲ್ಲೆಗಳ</w:t>
      </w:r>
      <w:r>
        <w:t xml:space="preserve"> </w:t>
      </w:r>
      <w:r>
        <w:t>ಜಿಲ್ಲಾಧ</w:t>
      </w:r>
      <w:r>
        <w:t>ಿಕಾರಿಗಳು</w:t>
      </w:r>
      <w:r>
        <w:t xml:space="preserve"> </w:t>
      </w:r>
      <w:r>
        <w:t>ಮತ್ತು</w:t>
      </w:r>
      <w:r>
        <w:t xml:space="preserve"> </w:t>
      </w:r>
      <w:r>
        <w:t>ಮಹಾನಗರ</w:t>
      </w:r>
      <w:r>
        <w:t xml:space="preserve"> </w:t>
      </w:r>
      <w:r>
        <w:t>ಪಾಲಿಕೆಗಳ</w:t>
      </w:r>
      <w:r>
        <w:t xml:space="preserve"> </w:t>
      </w:r>
      <w:r>
        <w:t>ಆಯುಕ್ತರು</w:t>
      </w:r>
      <w:r>
        <w:t xml:space="preserve">, </w:t>
      </w:r>
      <w:r>
        <w:t>ಜಿಲ್ಲಾ</w:t>
      </w:r>
      <w:r>
        <w:t xml:space="preserve"> </w:t>
      </w:r>
      <w:r>
        <w:t>ಪಂಚಾಯತ್</w:t>
      </w:r>
      <w:r>
        <w:t>‌</w:t>
      </w:r>
      <w:r>
        <w:t>ಗಳ</w:t>
      </w:r>
      <w:r>
        <w:t xml:space="preserve"> </w:t>
      </w:r>
      <w:r>
        <w:t>ಮುಖ್ಯ</w:t>
      </w:r>
      <w:r>
        <w:t xml:space="preserve"> </w:t>
      </w:r>
      <w:r>
        <w:t>ಕಾರ್ಯನಿರ್ವಾಹಕ</w:t>
      </w:r>
      <w:r>
        <w:t xml:space="preserve"> </w:t>
      </w:r>
      <w:r>
        <w:t>ಅಧಿಕಾರಿಗಳು</w:t>
      </w:r>
      <w:r>
        <w:t xml:space="preserve">, </w:t>
      </w:r>
      <w:r>
        <w:t>ಭಾರತದ</w:t>
      </w:r>
      <w:r>
        <w:t xml:space="preserve"> </w:t>
      </w:r>
      <w:r>
        <w:t>ರಿಜಿಸ್ಟ್ರಾರ್</w:t>
      </w:r>
      <w:r>
        <w:t xml:space="preserve"> </w:t>
      </w:r>
      <w:r>
        <w:t>ಜನರಲ್</w:t>
      </w:r>
      <w:r>
        <w:t xml:space="preserve"> </w:t>
      </w:r>
      <w:r>
        <w:t>ಕಚೇರಿಯ</w:t>
      </w:r>
      <w:r>
        <w:t xml:space="preserve"> </w:t>
      </w:r>
      <w:r>
        <w:t>ಉಪ</w:t>
      </w:r>
      <w:r>
        <w:t xml:space="preserve"> </w:t>
      </w:r>
      <w:r>
        <w:t>ರಿಜಿಸ್ಟ್ರಾರ್</w:t>
      </w:r>
      <w:r>
        <w:t xml:space="preserve"> </w:t>
      </w:r>
      <w:r>
        <w:t>ಜನರಲ್</w:t>
      </w:r>
      <w:r>
        <w:t xml:space="preserve"> (</w:t>
      </w:r>
      <w:r>
        <w:t>ನಕ್ಷೆ</w:t>
      </w:r>
      <w:r>
        <w:t xml:space="preserve">), </w:t>
      </w:r>
      <w:r>
        <w:t>ಹಾಗೂ</w:t>
      </w:r>
      <w:r>
        <w:t xml:space="preserve"> </w:t>
      </w:r>
      <w:r>
        <w:t>ಕರ್ನಾಟಕ</w:t>
      </w:r>
      <w:r>
        <w:t xml:space="preserve"> </w:t>
      </w:r>
      <w:r>
        <w:t>ಸರ್ಕಾರದ</w:t>
      </w:r>
      <w:r>
        <w:t xml:space="preserve"> </w:t>
      </w:r>
      <w:r>
        <w:t>ವಿವಿಧ</w:t>
      </w:r>
      <w:r>
        <w:t xml:space="preserve"> </w:t>
      </w:r>
      <w:r>
        <w:t>ಇಲಾಖೆಗಳ</w:t>
      </w:r>
      <w:r>
        <w:t xml:space="preserve"> </w:t>
      </w:r>
      <w:r>
        <w:t>ಮತ್ತು</w:t>
      </w:r>
      <w:r>
        <w:t xml:space="preserve"> </w:t>
      </w:r>
      <w:r>
        <w:t>ಜನಗಣತಿ</w:t>
      </w:r>
      <w:r>
        <w:t xml:space="preserve"> </w:t>
      </w:r>
      <w:r>
        <w:t>ಕಾರ್ಯಾಚರಣೆಗಳ</w:t>
      </w:r>
      <w:r>
        <w:t xml:space="preserve"> </w:t>
      </w:r>
      <w:r>
        <w:t>ನಿರ್ದೇಶನಾಲಯ</w:t>
      </w:r>
      <w:r>
        <w:t xml:space="preserve">, </w:t>
      </w:r>
      <w:r>
        <w:t>ಕರ್ನಾಟಕದ</w:t>
      </w:r>
      <w:r>
        <w:t xml:space="preserve"> </w:t>
      </w:r>
      <w:r>
        <w:t>ಹಿರಿಯ</w:t>
      </w:r>
      <w:r>
        <w:t xml:space="preserve"> </w:t>
      </w:r>
      <w:r>
        <w:t>ಅಧಿಕಾರಿಗಳು</w:t>
      </w:r>
      <w:r>
        <w:t xml:space="preserve"> </w:t>
      </w:r>
      <w:r>
        <w:t>ಸಮ</w:t>
      </w:r>
      <w:r>
        <w:t>್ಮೇಳನದಲ್ಲಿ</w:t>
      </w:r>
      <w:r>
        <w:t xml:space="preserve"> </w:t>
      </w:r>
      <w:r>
        <w:t>ಭಾಗವಹಿಸಿದ್ದರು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ಸಮ್ಮೇಳನವನ್ನು</w:t>
      </w:r>
      <w:r>
        <w:t xml:space="preserve"> </w:t>
      </w:r>
      <w:r>
        <w:t>ಉದ್ದೇಶಿಸಿ</w:t>
      </w:r>
      <w:r>
        <w:t xml:space="preserve"> </w:t>
      </w:r>
      <w:r>
        <w:t>ಮಾತನಾಡಿದ</w:t>
      </w:r>
      <w:r>
        <w:t xml:space="preserve"> </w:t>
      </w:r>
      <w:r>
        <w:t>ಕರ್ನಾಟಕ</w:t>
      </w:r>
      <w:r>
        <w:t xml:space="preserve"> </w:t>
      </w:r>
      <w:r>
        <w:t>ಸರ್ಕಾರದ</w:t>
      </w:r>
      <w:r>
        <w:t xml:space="preserve"> </w:t>
      </w:r>
      <w:r>
        <w:t>ಅಪರ</w:t>
      </w:r>
      <w:r>
        <w:t xml:space="preserve"> </w:t>
      </w:r>
      <w:r>
        <w:t>ಮುಖ್ಯ</w:t>
      </w:r>
      <w:r>
        <w:t xml:space="preserve"> </w:t>
      </w:r>
      <w:r>
        <w:t>ಕಾರ್ಯದರ್ಶಿ</w:t>
      </w:r>
      <w:r>
        <w:t xml:space="preserve"> </w:t>
      </w:r>
      <w:r>
        <w:t>ಮತ್ತು</w:t>
      </w:r>
      <w:r>
        <w:t xml:space="preserve"> </w:t>
      </w:r>
      <w:r>
        <w:t>ಅಭಿವೃದ್ಧಿ</w:t>
      </w:r>
      <w:r>
        <w:t xml:space="preserve"> </w:t>
      </w:r>
      <w:r>
        <w:t>ಆಯುಕ್ತರಾದ</w:t>
      </w:r>
      <w:r>
        <w:t xml:space="preserve"> </w:t>
      </w:r>
      <w:r>
        <w:t>ಶ್ರೀಮತಿ</w:t>
      </w:r>
      <w:r>
        <w:t xml:space="preserve"> </w:t>
      </w:r>
      <w:r>
        <w:t>ಉಮಾ</w:t>
      </w:r>
      <w:r>
        <w:t xml:space="preserve"> </w:t>
      </w:r>
      <w:r>
        <w:t>ಮಹದೇವನ್</w:t>
      </w:r>
      <w:r>
        <w:t xml:space="preserve">, </w:t>
      </w:r>
      <w:r>
        <w:t>ಐಎಎಸ್</w:t>
      </w:r>
      <w:r>
        <w:t xml:space="preserve"> </w:t>
      </w:r>
      <w:r>
        <w:t>ಅವರು</w:t>
      </w:r>
      <w:r>
        <w:t xml:space="preserve">, </w:t>
      </w:r>
      <w:r>
        <w:t>ಜನಗಣತಿ</w:t>
      </w:r>
      <w:r>
        <w:t xml:space="preserve">, </w:t>
      </w:r>
      <w:r>
        <w:t>ಸ್ವಯಂ</w:t>
      </w:r>
      <w:r>
        <w:t>-</w:t>
      </w:r>
      <w:r>
        <w:t>ಗಣತಿ</w:t>
      </w:r>
      <w:r>
        <w:t xml:space="preserve"> </w:t>
      </w:r>
      <w:r>
        <w:t>ಮತ್ತು</w:t>
      </w:r>
      <w:r>
        <w:t xml:space="preserve"> </w:t>
      </w:r>
      <w:r>
        <w:t>ಸಮಗ್ರ</w:t>
      </w:r>
      <w:r>
        <w:t xml:space="preserve"> </w:t>
      </w:r>
      <w:r>
        <w:t>ಜನಸಂಖ್ಯಾ</w:t>
      </w:r>
      <w:r>
        <w:t xml:space="preserve"> </w:t>
      </w:r>
      <w:r>
        <w:t>ವ್ಯಾಪ್ತಿಯ</w:t>
      </w:r>
      <w:r>
        <w:t xml:space="preserve"> </w:t>
      </w:r>
      <w:r>
        <w:t>ಮಹತ್ವವನ್ನು</w:t>
      </w:r>
      <w:r>
        <w:t xml:space="preserve">, </w:t>
      </w:r>
      <w:r>
        <w:t>ವಿಶೇಷವಾಗಿ</w:t>
      </w:r>
      <w:r>
        <w:t xml:space="preserve"> </w:t>
      </w:r>
      <w:r>
        <w:t>ಮಹಾನಗರ</w:t>
      </w:r>
      <w:r>
        <w:t xml:space="preserve"> </w:t>
      </w:r>
      <w:r>
        <w:t>ಪಾಲಿಕೆಗಳು</w:t>
      </w:r>
      <w:r>
        <w:t xml:space="preserve"> </w:t>
      </w:r>
      <w:r>
        <w:t>ಮತ್ತು</w:t>
      </w:r>
      <w:r>
        <w:t xml:space="preserve"> </w:t>
      </w:r>
      <w:r>
        <w:t>ಗ್ರೇಟರ್</w:t>
      </w:r>
      <w:r>
        <w:t xml:space="preserve"> </w:t>
      </w:r>
      <w:r>
        <w:t>ಬೆಂಗಳೂರು</w:t>
      </w:r>
      <w:r>
        <w:t xml:space="preserve"> </w:t>
      </w:r>
      <w:r>
        <w:t>ಪ್ರಾಧಿಕಾರ</w:t>
      </w:r>
      <w:r>
        <w:t xml:space="preserve"> (GBA)</w:t>
      </w:r>
      <w:r>
        <w:t>ದಲ್ಲಿ</w:t>
      </w:r>
      <w:r>
        <w:t xml:space="preserve">, </w:t>
      </w:r>
      <w:r>
        <w:t>ಒತ್ತಿ</w:t>
      </w:r>
      <w:r>
        <w:t xml:space="preserve"> </w:t>
      </w:r>
      <w:r>
        <w:t>ಹೇಳಿದರು</w:t>
      </w:r>
      <w:r>
        <w:t xml:space="preserve">. </w:t>
      </w:r>
      <w:r>
        <w:t>ಅರ್ಹರಾದ</w:t>
      </w:r>
      <w:r>
        <w:t xml:space="preserve"> </w:t>
      </w:r>
      <w:r>
        <w:t>ಪ್ರತಿಯೊಬ್ಬ</w:t>
      </w:r>
      <w:r>
        <w:t xml:space="preserve"> </w:t>
      </w:r>
      <w:r>
        <w:t>ವ್ಯಕ್ತಿಯೂ</w:t>
      </w:r>
      <w:r>
        <w:t xml:space="preserve"> </w:t>
      </w:r>
      <w:r>
        <w:t>ಸರಿಯಾಗಿ</w:t>
      </w:r>
      <w:r>
        <w:t xml:space="preserve"> </w:t>
      </w:r>
      <w:r>
        <w:t>ಗಣತಿಯಲ್ಲಿ</w:t>
      </w:r>
      <w:r>
        <w:t xml:space="preserve"> </w:t>
      </w:r>
      <w:r>
        <w:t>ಒಳಗೊಳ್ಳುವಂತೆ</w:t>
      </w:r>
      <w:r>
        <w:t xml:space="preserve"> </w:t>
      </w:r>
      <w:r>
        <w:t>ಮಾಡಲು</w:t>
      </w:r>
      <w:r>
        <w:t xml:space="preserve"> </w:t>
      </w:r>
      <w:r>
        <w:t>ಪರಿಣಾಮಕಾರಿ</w:t>
      </w:r>
      <w:r>
        <w:t xml:space="preserve"> </w:t>
      </w:r>
      <w:r>
        <w:t>ಸಮನ್ವಯದ</w:t>
      </w:r>
      <w:r>
        <w:t xml:space="preserve"> </w:t>
      </w:r>
      <w:r>
        <w:t>ಮೂಲಕ</w:t>
      </w:r>
      <w:r>
        <w:t xml:space="preserve"> </w:t>
      </w:r>
      <w:r>
        <w:t>ಕ್ಷೇತ್ರಮಟ್ಟದ</w:t>
      </w:r>
      <w:r>
        <w:t xml:space="preserve"> </w:t>
      </w:r>
      <w:r>
        <w:t>ಮತ್ತು</w:t>
      </w:r>
      <w:r>
        <w:t xml:space="preserve"> </w:t>
      </w:r>
      <w:r>
        <w:t>ಆಡಳಿತಾತ್ಮಕ</w:t>
      </w:r>
      <w:r>
        <w:t xml:space="preserve"> </w:t>
      </w:r>
      <w:r>
        <w:t>ಸವಾಲುಗಳನ್ನು</w:t>
      </w:r>
      <w:r>
        <w:t xml:space="preserve"> </w:t>
      </w:r>
      <w:r>
        <w:t>ಪರಿಹರಿಸುವ</w:t>
      </w:r>
      <w:r>
        <w:t xml:space="preserve"> </w:t>
      </w:r>
      <w:r>
        <w:t>ಅಗತ್ಯವನ್ನು</w:t>
      </w:r>
      <w:r>
        <w:t xml:space="preserve"> </w:t>
      </w:r>
      <w:r>
        <w:t>ಅವರು</w:t>
      </w:r>
      <w:r>
        <w:t xml:space="preserve"> </w:t>
      </w:r>
      <w:r>
        <w:t>ಒತ್ತಿ</w:t>
      </w:r>
      <w:r>
        <w:t xml:space="preserve"> </w:t>
      </w:r>
      <w:r>
        <w:t>ಹೇಳಿದರು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ಭಾರತ</w:t>
      </w:r>
      <w:r>
        <w:t xml:space="preserve"> </w:t>
      </w:r>
      <w:r>
        <w:t>ಸರ್ಕಾರದ</w:t>
      </w:r>
      <w:r>
        <w:t xml:space="preserve"> </w:t>
      </w:r>
      <w:r>
        <w:t>ಗೃಹ</w:t>
      </w:r>
      <w:r>
        <w:t xml:space="preserve"> </w:t>
      </w:r>
      <w:r>
        <w:t>ವ್ಯವಹಾರಗಳ</w:t>
      </w:r>
      <w:r>
        <w:t xml:space="preserve"> </w:t>
      </w:r>
      <w:r>
        <w:t>ಸಚಿವಾಲಯದ</w:t>
      </w:r>
      <w:r>
        <w:t xml:space="preserve"> </w:t>
      </w:r>
      <w:r>
        <w:t>ಭಾರತದ</w:t>
      </w:r>
      <w:r>
        <w:t xml:space="preserve"> </w:t>
      </w:r>
      <w:r>
        <w:t>ರಿಜಿಸ್ಟ್ರಾರ್</w:t>
      </w:r>
      <w:r>
        <w:t xml:space="preserve"> </w:t>
      </w:r>
      <w:r>
        <w:t>ಜನರಲ್</w:t>
      </w:r>
      <w:r>
        <w:t xml:space="preserve"> </w:t>
      </w:r>
      <w:r>
        <w:t>ಕಚೇರಿಯನ್ನು</w:t>
      </w:r>
      <w:r>
        <w:t xml:space="preserve"> </w:t>
      </w:r>
      <w:r>
        <w:t>ಪ್ರತಿನಿಧಿಸಿದ</w:t>
      </w:r>
      <w:r>
        <w:t xml:space="preserve"> </w:t>
      </w:r>
      <w:r>
        <w:t>ಉಪ</w:t>
      </w:r>
      <w:r>
        <w:t xml:space="preserve"> </w:t>
      </w:r>
      <w:r>
        <w:t>ರಿಜಿಸ್ಟ್ರಾರ್</w:t>
      </w:r>
      <w:r>
        <w:t xml:space="preserve"> </w:t>
      </w:r>
      <w:r>
        <w:t>ಜನರಲ್</w:t>
      </w:r>
      <w:r>
        <w:t xml:space="preserve"> (</w:t>
      </w:r>
      <w:r>
        <w:t>ನಕ್ಷೆ</w:t>
      </w:r>
      <w:r>
        <w:t xml:space="preserve">) </w:t>
      </w:r>
      <w:r>
        <w:t>ಶ್ರೀ</w:t>
      </w:r>
      <w:r>
        <w:t xml:space="preserve"> </w:t>
      </w:r>
      <w:r>
        <w:t>ವಿ</w:t>
      </w:r>
      <w:r>
        <w:t>.</w:t>
      </w:r>
      <w:r>
        <w:t>ವಿ</w:t>
      </w:r>
      <w:r>
        <w:t>.</w:t>
      </w:r>
      <w:r>
        <w:t>ಎಲ್</w:t>
      </w:r>
      <w:r>
        <w:t>.</w:t>
      </w:r>
      <w:r>
        <w:t>ಎನ್</w:t>
      </w:r>
      <w:r>
        <w:t xml:space="preserve">. </w:t>
      </w:r>
      <w:r>
        <w:t>ಶರ್ಮಾ</w:t>
      </w:r>
      <w:r>
        <w:t xml:space="preserve"> </w:t>
      </w:r>
      <w:r>
        <w:t>ಅವರು</w:t>
      </w:r>
      <w:r>
        <w:t xml:space="preserve"> </w:t>
      </w:r>
      <w:r>
        <w:t>ಮುಖ್ಯ</w:t>
      </w:r>
      <w:r>
        <w:t xml:space="preserve"> </w:t>
      </w:r>
      <w:r>
        <w:t>ಭಾಷಣ</w:t>
      </w:r>
      <w:r>
        <w:t xml:space="preserve"> </w:t>
      </w:r>
      <w:r>
        <w:t>ಮಾಡಿದರು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ಕರ್ನಾಟಕದ</w:t>
      </w:r>
      <w:r>
        <w:t xml:space="preserve"> </w:t>
      </w:r>
      <w:r>
        <w:t>ಜನಗಣತಿ</w:t>
      </w:r>
      <w:r>
        <w:t xml:space="preserve"> </w:t>
      </w:r>
      <w:r>
        <w:t>ಕಾರ್ಯಾಚರಣೆಗಳ</w:t>
      </w:r>
      <w:r>
        <w:t xml:space="preserve"> </w:t>
      </w:r>
      <w:r>
        <w:t>ನಿರ್ದೇಶಕರಾದ</w:t>
      </w:r>
      <w:r>
        <w:t xml:space="preserve"> </w:t>
      </w:r>
      <w:r>
        <w:t>ಶ್ರೀ</w:t>
      </w:r>
      <w:r>
        <w:t xml:space="preserve"> </w:t>
      </w:r>
      <w:r>
        <w:t>ರಾಮಚಂದ್ರನ್</w:t>
      </w:r>
      <w:r>
        <w:t xml:space="preserve"> </w:t>
      </w:r>
      <w:r>
        <w:t>ಆರ್</w:t>
      </w:r>
      <w:r>
        <w:t xml:space="preserve"> </w:t>
      </w:r>
      <w:r>
        <w:t>ಅವರು</w:t>
      </w:r>
      <w:r>
        <w:t xml:space="preserve">, </w:t>
      </w:r>
      <w:r>
        <w:t>ರಾಜ್ಯದಾದ್ಯಂತ</w:t>
      </w:r>
      <w:r>
        <w:t xml:space="preserve"> </w:t>
      </w:r>
      <w:r>
        <w:t>ಮನೆಪಟ್ಟಿ</w:t>
      </w:r>
      <w:r>
        <w:t xml:space="preserve"> </w:t>
      </w:r>
      <w:r>
        <w:t>ಮತ್ತು</w:t>
      </w:r>
      <w:r>
        <w:t xml:space="preserve"> </w:t>
      </w:r>
      <w:r>
        <w:t>ಮನೆಗಣತಿ</w:t>
      </w:r>
      <w:r>
        <w:t xml:space="preserve"> (HLO)</w:t>
      </w:r>
      <w:r>
        <w:t>ಗೆ</w:t>
      </w:r>
      <w:r>
        <w:t xml:space="preserve"> </w:t>
      </w:r>
      <w:proofErr w:type="spellStart"/>
      <w:r>
        <w:t>ಸಂಬಂಧಿಸಿದ</w:t>
      </w:r>
      <w:proofErr w:type="spellEnd"/>
      <w:r>
        <w:t xml:space="preserve"> </w:t>
      </w:r>
      <w:proofErr w:type="spellStart"/>
      <w:r>
        <w:t>ಜನಗಣತ</w:t>
      </w:r>
      <w:r>
        <w:t>ಿ</w:t>
      </w:r>
      <w:proofErr w:type="spellEnd"/>
      <w:r>
        <w:t xml:space="preserve"> 2027</w:t>
      </w:r>
      <w:r>
        <w:t>ರ</w:t>
      </w:r>
      <w:r>
        <w:t xml:space="preserve"> </w:t>
      </w:r>
      <w:proofErr w:type="spellStart"/>
      <w:r>
        <w:t>ಹಂತ</w:t>
      </w:r>
      <w:r w:rsidR="001E08BD">
        <w:t>ವ</w:t>
      </w:r>
      <w:bookmarkStart w:id="0" w:name="_GoBack"/>
      <w:bookmarkEnd w:id="0"/>
      <w:r>
        <w:t>ನ್ನು</w:t>
      </w:r>
      <w:proofErr w:type="spellEnd"/>
      <w:r>
        <w:t xml:space="preserve"> </w:t>
      </w:r>
      <w:proofErr w:type="spellStart"/>
      <w:r>
        <w:t>ಯಶಸ್ವಿಯಾಗಿ</w:t>
      </w:r>
      <w:proofErr w:type="spellEnd"/>
      <w:r>
        <w:t xml:space="preserve"> </w:t>
      </w:r>
      <w:proofErr w:type="spellStart"/>
      <w:r>
        <w:t>ಪೂರ್ಣಗೊಳಿಸಲು</w:t>
      </w:r>
      <w:proofErr w:type="spellEnd"/>
      <w:r>
        <w:t xml:space="preserve"> </w:t>
      </w:r>
      <w:proofErr w:type="spellStart"/>
      <w:r>
        <w:t>ರಾಜ್ಯಮಟ್ಟದ</w:t>
      </w:r>
      <w:proofErr w:type="spellEnd"/>
      <w:r>
        <w:t xml:space="preserve"> </w:t>
      </w:r>
      <w:r>
        <w:t>ಅಧಿಕಾರಿಗಳು</w:t>
      </w:r>
      <w:r>
        <w:t xml:space="preserve">, </w:t>
      </w:r>
      <w:r>
        <w:t>ಪ್ರಧಾನ</w:t>
      </w:r>
      <w:r>
        <w:t xml:space="preserve"> </w:t>
      </w:r>
      <w:r>
        <w:t>ಜನಗಣತಿ</w:t>
      </w:r>
      <w:r>
        <w:t xml:space="preserve"> </w:t>
      </w:r>
      <w:r>
        <w:lastRenderedPageBreak/>
        <w:t>ಅಧಿಕಾರಿಗಳು</w:t>
      </w:r>
      <w:r>
        <w:t xml:space="preserve">, </w:t>
      </w:r>
      <w:r>
        <w:t>ಚಾರ್ಜ್</w:t>
      </w:r>
      <w:r>
        <w:t xml:space="preserve"> </w:t>
      </w:r>
      <w:r>
        <w:t>ಅಧಿಕಾರಿಗಳು</w:t>
      </w:r>
      <w:r>
        <w:t xml:space="preserve"> </w:t>
      </w:r>
      <w:r>
        <w:t>ಮತ್ತು</w:t>
      </w:r>
      <w:r>
        <w:t xml:space="preserve"> </w:t>
      </w:r>
      <w:r>
        <w:t>ಎಲ್ಲಾ</w:t>
      </w:r>
      <w:r>
        <w:t xml:space="preserve"> </w:t>
      </w:r>
      <w:r>
        <w:t>ಕ್ಷೇತ್ರ</w:t>
      </w:r>
      <w:r>
        <w:t xml:space="preserve"> </w:t>
      </w:r>
      <w:r>
        <w:t>ಕಾರ್ಯಕರ್ತರು</w:t>
      </w:r>
      <w:r>
        <w:t xml:space="preserve"> </w:t>
      </w:r>
      <w:r>
        <w:t>ನಡೆಸಿದ</w:t>
      </w:r>
      <w:r>
        <w:t xml:space="preserve"> </w:t>
      </w:r>
      <w:r>
        <w:t>ಸಂಘಟಿತ</w:t>
      </w:r>
      <w:r>
        <w:t xml:space="preserve"> </w:t>
      </w:r>
      <w:r>
        <w:t>ಪ್ರಯತ್ನಗಳನ್ನು</w:t>
      </w:r>
      <w:r>
        <w:t xml:space="preserve"> </w:t>
      </w:r>
      <w:r>
        <w:t>ಶ್ಲಾಘಿಸಿದರು</w:t>
      </w:r>
      <w:r>
        <w:t xml:space="preserve">. </w:t>
      </w:r>
      <w:r>
        <w:t>ಅವರ</w:t>
      </w:r>
      <w:r>
        <w:t xml:space="preserve"> </w:t>
      </w:r>
      <w:r>
        <w:t>ಸಮರ್ಪಣಾ</w:t>
      </w:r>
      <w:r>
        <w:t xml:space="preserve"> </w:t>
      </w:r>
      <w:r>
        <w:t>ಭಾವ</w:t>
      </w:r>
      <w:r>
        <w:t xml:space="preserve">, </w:t>
      </w:r>
      <w:r>
        <w:t>ಪರಿಣಾಮಕಾರಿ</w:t>
      </w:r>
      <w:r>
        <w:t xml:space="preserve"> </w:t>
      </w:r>
      <w:r>
        <w:t>ಮೇಲ್ವಿಚಾರಣೆ</w:t>
      </w:r>
      <w:r>
        <w:t xml:space="preserve">, </w:t>
      </w:r>
      <w:r>
        <w:t>ಸಮನ್ವಯ</w:t>
      </w:r>
      <w:r>
        <w:t xml:space="preserve"> </w:t>
      </w:r>
      <w:r>
        <w:t>ಮತ್ತು</w:t>
      </w:r>
      <w:r>
        <w:t xml:space="preserve"> </w:t>
      </w:r>
      <w:r>
        <w:t>ಬದ್ಧತೆಯನ್ನು</w:t>
      </w:r>
      <w:r>
        <w:t xml:space="preserve"> </w:t>
      </w:r>
      <w:r>
        <w:t>ಅವರು</w:t>
      </w:r>
      <w:r>
        <w:t xml:space="preserve"> </w:t>
      </w:r>
      <w:r>
        <w:t>ಪ್ರ</w:t>
      </w:r>
      <w:r>
        <w:t>ಶಂಸಿಸಿದರು</w:t>
      </w:r>
      <w:r>
        <w:t xml:space="preserve">; </w:t>
      </w:r>
      <w:r>
        <w:t>ಮೊದಲ</w:t>
      </w:r>
      <w:r>
        <w:t xml:space="preserve"> </w:t>
      </w:r>
      <w:r>
        <w:t>ಹಂತದ</w:t>
      </w:r>
      <w:r>
        <w:t xml:space="preserve"> </w:t>
      </w:r>
      <w:r>
        <w:t>ಯಶಸ್ವಿ</w:t>
      </w:r>
      <w:r>
        <w:t xml:space="preserve"> </w:t>
      </w:r>
      <w:r>
        <w:t>ಪೂರ್ಣಗೊಳಿಸುವಿಕೆಯು</w:t>
      </w:r>
      <w:r>
        <w:t xml:space="preserve"> </w:t>
      </w:r>
      <w:r>
        <w:t>ಮುಂಬರುವ</w:t>
      </w:r>
      <w:r>
        <w:t xml:space="preserve"> </w:t>
      </w:r>
      <w:r>
        <w:t>ಜನಸಂಖ್ಯಾ</w:t>
      </w:r>
      <w:r>
        <w:t xml:space="preserve"> </w:t>
      </w:r>
      <w:r>
        <w:t>ಗಣತಿ</w:t>
      </w:r>
      <w:r>
        <w:t xml:space="preserve"> </w:t>
      </w:r>
      <w:r>
        <w:t>ಹಂತಕ್ಕೆ</w:t>
      </w:r>
      <w:r>
        <w:t xml:space="preserve"> </w:t>
      </w:r>
      <w:r>
        <w:t>ಬಲವಾದ</w:t>
      </w:r>
      <w:r>
        <w:t xml:space="preserve"> </w:t>
      </w:r>
      <w:r>
        <w:t>ಅಡಿಪಾಯವನ್ನು</w:t>
      </w:r>
      <w:r>
        <w:t xml:space="preserve"> </w:t>
      </w:r>
      <w:r>
        <w:t>ಒದಗಿಸುತ್ತದೆ</w:t>
      </w:r>
      <w:r>
        <w:t xml:space="preserve"> </w:t>
      </w:r>
      <w:r>
        <w:t>ಎಂದೂ</w:t>
      </w:r>
      <w:r>
        <w:t xml:space="preserve"> </w:t>
      </w:r>
      <w:r>
        <w:t>ಒತ್ತಿ</w:t>
      </w:r>
      <w:r>
        <w:t xml:space="preserve"> </w:t>
      </w:r>
      <w:r>
        <w:t>ಹೇಳಿದರು</w:t>
      </w:r>
      <w:r>
        <w:t xml:space="preserve">. </w:t>
      </w:r>
      <w:r>
        <w:t>ಜನಗಣತಿ</w:t>
      </w:r>
      <w:r>
        <w:t xml:space="preserve"> 2027</w:t>
      </w:r>
      <w:r>
        <w:t>ರ</w:t>
      </w:r>
      <w:r>
        <w:t xml:space="preserve"> </w:t>
      </w:r>
      <w:r>
        <w:t>ಹಂತ</w:t>
      </w:r>
      <w:r>
        <w:t>-II</w:t>
      </w:r>
      <w:r>
        <w:t>ರ</w:t>
      </w:r>
      <w:r>
        <w:t xml:space="preserve"> </w:t>
      </w:r>
      <w:r>
        <w:t>ಸಿದ್ಧತೆಗಳ</w:t>
      </w:r>
      <w:r>
        <w:t xml:space="preserve"> </w:t>
      </w:r>
      <w:r>
        <w:t>ಅವಲೋಕನವನ್ನು</w:t>
      </w:r>
      <w:r>
        <w:t xml:space="preserve"> </w:t>
      </w:r>
      <w:r>
        <w:t>ಅವರು</w:t>
      </w:r>
      <w:r>
        <w:t xml:space="preserve"> </w:t>
      </w:r>
      <w:r>
        <w:t>ಮಂಡಿಸಿದರು</w:t>
      </w:r>
      <w:r>
        <w:t xml:space="preserve">. </w:t>
      </w:r>
      <w:r>
        <w:t>ಕೆಲಸ</w:t>
      </w:r>
      <w:r>
        <w:t xml:space="preserve">, </w:t>
      </w:r>
      <w:r>
        <w:t>ಅಂಗವೈಕಲ್ಯ</w:t>
      </w:r>
      <w:r>
        <w:t xml:space="preserve">, </w:t>
      </w:r>
      <w:r>
        <w:t>ವಲಸೆ</w:t>
      </w:r>
      <w:r>
        <w:t xml:space="preserve"> </w:t>
      </w:r>
      <w:r>
        <w:t>ಮತ್ತು</w:t>
      </w:r>
      <w:r>
        <w:t xml:space="preserve"> </w:t>
      </w:r>
      <w:r>
        <w:t>ಫಲವತ್ತತೆಯ</w:t>
      </w:r>
      <w:r>
        <w:t xml:space="preserve"> </w:t>
      </w:r>
      <w:r>
        <w:t>ಮಾಹಿತಿ</w:t>
      </w:r>
      <w:r>
        <w:t xml:space="preserve"> </w:t>
      </w:r>
      <w:r>
        <w:t>ಸೇರಿದಂತೆ</w:t>
      </w:r>
      <w:r>
        <w:t xml:space="preserve"> </w:t>
      </w:r>
      <w:r>
        <w:t>ಜನಸಂಖ್ಯಾ</w:t>
      </w:r>
      <w:r>
        <w:t xml:space="preserve">, </w:t>
      </w:r>
      <w:r>
        <w:t>ಸಾಮಾಜಿಕ</w:t>
      </w:r>
      <w:r>
        <w:t xml:space="preserve"> </w:t>
      </w:r>
      <w:r>
        <w:t>ಮತ್ತು</w:t>
      </w:r>
      <w:r>
        <w:t xml:space="preserve"> </w:t>
      </w:r>
      <w:r>
        <w:t>ಆರ್ಥಿಕ</w:t>
      </w:r>
      <w:r>
        <w:t xml:space="preserve"> </w:t>
      </w:r>
      <w:r>
        <w:t>ದತ್ತಾಂಶದ</w:t>
      </w:r>
      <w:r>
        <w:t xml:space="preserve"> </w:t>
      </w:r>
      <w:r>
        <w:t>ಸಮಗ್ರ</w:t>
      </w:r>
      <w:r>
        <w:t xml:space="preserve"> </w:t>
      </w:r>
      <w:r>
        <w:t>ಮೂಲವಾಗಿ</w:t>
      </w:r>
      <w:r>
        <w:t xml:space="preserve"> </w:t>
      </w:r>
      <w:r>
        <w:t>ಜನಗಣತಿಯ</w:t>
      </w:r>
      <w:r>
        <w:t xml:space="preserve"> </w:t>
      </w:r>
      <w:r>
        <w:t>ಮಹತ್ವವನ್ನು</w:t>
      </w:r>
      <w:r>
        <w:t xml:space="preserve"> </w:t>
      </w:r>
      <w:r>
        <w:t>ಅವರು</w:t>
      </w:r>
      <w:r>
        <w:t xml:space="preserve"> </w:t>
      </w:r>
      <w:r>
        <w:t>ಎತ್ತಿ</w:t>
      </w:r>
      <w:r>
        <w:t xml:space="preserve"> </w:t>
      </w:r>
      <w:r>
        <w:t>ತೋರಿಸಿದರು</w:t>
      </w:r>
      <w:r>
        <w:t xml:space="preserve">; </w:t>
      </w:r>
      <w:r>
        <w:t>ಇದು</w:t>
      </w:r>
      <w:r>
        <w:t xml:space="preserve"> </w:t>
      </w:r>
      <w:r>
        <w:t>ಸಾಕ್ಷ್ಯಾಧಾರಿತ</w:t>
      </w:r>
      <w:r>
        <w:t xml:space="preserve"> </w:t>
      </w:r>
      <w:r>
        <w:t>ನೀತಿ</w:t>
      </w:r>
      <w:r>
        <w:t xml:space="preserve"> </w:t>
      </w:r>
      <w:r>
        <w:t>ರೂಪಣೆ</w:t>
      </w:r>
      <w:r>
        <w:t xml:space="preserve"> </w:t>
      </w:r>
      <w:r>
        <w:t>ಮತ್ತು</w:t>
      </w:r>
      <w:r>
        <w:t xml:space="preserve"> </w:t>
      </w:r>
      <w:r>
        <w:t>ಅಭಿವೃದ್ಧಿ</w:t>
      </w:r>
      <w:r>
        <w:t xml:space="preserve"> </w:t>
      </w:r>
      <w:r>
        <w:t>ಯೋಜನೆಗೆ</w:t>
      </w:r>
      <w:r>
        <w:t xml:space="preserve"> </w:t>
      </w:r>
      <w:r>
        <w:t>ನಿರ್ಣಾಯಕ</w:t>
      </w:r>
      <w:r>
        <w:t xml:space="preserve"> </w:t>
      </w:r>
      <w:r>
        <w:t>ಆಧಾರವಾಗಿದೆ</w:t>
      </w:r>
      <w:r>
        <w:t xml:space="preserve">. </w:t>
      </w:r>
      <w:r>
        <w:t>ಸ್ವಯಂ</w:t>
      </w:r>
      <w:r>
        <w:t>-</w:t>
      </w:r>
      <w:r>
        <w:t>ಗಣತಿ</w:t>
      </w:r>
      <w:r>
        <w:t xml:space="preserve">, </w:t>
      </w:r>
      <w:r>
        <w:t>ಮನೆ</w:t>
      </w:r>
      <w:r>
        <w:t>-</w:t>
      </w:r>
      <w:r>
        <w:t>ಮನೆ</w:t>
      </w:r>
      <w:r>
        <w:t xml:space="preserve"> </w:t>
      </w:r>
      <w:r>
        <w:t>ಗಣತಿ</w:t>
      </w:r>
      <w:r>
        <w:t xml:space="preserve">, </w:t>
      </w:r>
      <w:r>
        <w:t>ವಸತಿರಹಿತರ</w:t>
      </w:r>
      <w:r>
        <w:t xml:space="preserve"> </w:t>
      </w:r>
      <w:r>
        <w:t>ಗಣತಿ</w:t>
      </w:r>
      <w:r>
        <w:t xml:space="preserve">, </w:t>
      </w:r>
      <w:r>
        <w:t>ಪುನರ್</w:t>
      </w:r>
      <w:r>
        <w:t>‌</w:t>
      </w:r>
      <w:r>
        <w:t>ಪರಿಶೀಲನಾ</w:t>
      </w:r>
      <w:r>
        <w:t xml:space="preserve"> </w:t>
      </w:r>
      <w:r>
        <w:t>ಸುತ್ತು</w:t>
      </w:r>
      <w:r>
        <w:t xml:space="preserve"> </w:t>
      </w:r>
      <w:r>
        <w:t>ಹಾಗೂ</w:t>
      </w:r>
      <w:r>
        <w:t xml:space="preserve"> </w:t>
      </w:r>
      <w:r>
        <w:t>ಸಂಬಂಧಿತ</w:t>
      </w:r>
      <w:r>
        <w:t xml:space="preserve"> </w:t>
      </w:r>
      <w:r>
        <w:t>ದತ್ತಾಂಶ</w:t>
      </w:r>
      <w:r>
        <w:t xml:space="preserve"> </w:t>
      </w:r>
      <w:r>
        <w:t>ಸಂಗ್ರಹಣೆ</w:t>
      </w:r>
      <w:r>
        <w:t xml:space="preserve"> </w:t>
      </w:r>
      <w:r>
        <w:t>ಮತ್ತು</w:t>
      </w:r>
      <w:r>
        <w:t xml:space="preserve"> </w:t>
      </w:r>
      <w:r>
        <w:t>ಮೇಲ್</w:t>
      </w:r>
      <w:r>
        <w:t>ವಿಚಾರಣಾ</w:t>
      </w:r>
      <w:r>
        <w:t xml:space="preserve"> </w:t>
      </w:r>
      <w:r>
        <w:t>ವ್ಯವಸ್ಥೆಗಳನ್ನು</w:t>
      </w:r>
      <w:r>
        <w:t xml:space="preserve"> </w:t>
      </w:r>
      <w:r>
        <w:t>ಒಳಗೊಂಡಂತೆ</w:t>
      </w:r>
      <w:r>
        <w:t xml:space="preserve"> </w:t>
      </w:r>
      <w:r>
        <w:t>ಜನಸಂಖ್ಯಾ</w:t>
      </w:r>
      <w:r>
        <w:t xml:space="preserve"> </w:t>
      </w:r>
      <w:r>
        <w:t>ಗಣತಿಯ</w:t>
      </w:r>
      <w:r>
        <w:t xml:space="preserve"> </w:t>
      </w:r>
      <w:r>
        <w:t>ಪ್ರಮುಖ</w:t>
      </w:r>
      <w:r>
        <w:t xml:space="preserve"> </w:t>
      </w:r>
      <w:r>
        <w:t>ಘಟಕಗಳನ್ನು</w:t>
      </w:r>
      <w:r>
        <w:t xml:space="preserve"> </w:t>
      </w:r>
      <w:r>
        <w:t>ಅವರು</w:t>
      </w:r>
      <w:r>
        <w:t xml:space="preserve"> </w:t>
      </w:r>
      <w:r>
        <w:t>ವಿವರಿಸಿದರು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ನಿಖರವಾದ</w:t>
      </w:r>
      <w:r>
        <w:t xml:space="preserve"> </w:t>
      </w:r>
      <w:r>
        <w:t>ಯೋಜನೆಯ</w:t>
      </w:r>
      <w:r>
        <w:t xml:space="preserve"> </w:t>
      </w:r>
      <w:r>
        <w:t>ಮಹತ್ವವನ್ನು</w:t>
      </w:r>
      <w:r>
        <w:t xml:space="preserve"> </w:t>
      </w:r>
      <w:r>
        <w:t>ಒತ್ತಿ</w:t>
      </w:r>
      <w:r>
        <w:t xml:space="preserve"> </w:t>
      </w:r>
      <w:r>
        <w:t>ಹೇಳಿದ</w:t>
      </w:r>
      <w:r>
        <w:t xml:space="preserve"> </w:t>
      </w:r>
      <w:r>
        <w:t>ಅವರು</w:t>
      </w:r>
      <w:r>
        <w:t xml:space="preserve">, </w:t>
      </w:r>
      <w:r>
        <w:t>ನಿಗದಿತ</w:t>
      </w:r>
      <w:r>
        <w:t xml:space="preserve"> </w:t>
      </w:r>
      <w:r>
        <w:t>ಮಾನದಂಡಗಳಿಗೆ</w:t>
      </w:r>
      <w:r>
        <w:t xml:space="preserve"> </w:t>
      </w:r>
      <w:r>
        <w:t>ಅನುಗುಣವಾಗಿ</w:t>
      </w:r>
      <w:r>
        <w:t xml:space="preserve"> </w:t>
      </w:r>
      <w:r>
        <w:t>ಗಣತಿ</w:t>
      </w:r>
      <w:r>
        <w:t xml:space="preserve"> </w:t>
      </w:r>
      <w:r>
        <w:t>ಬ್ಲಾಕ್</w:t>
      </w:r>
      <w:r>
        <w:t>‌</w:t>
      </w:r>
      <w:r>
        <w:t>ಗಳ</w:t>
      </w:r>
      <w:r>
        <w:t xml:space="preserve"> </w:t>
      </w:r>
      <w:r>
        <w:t>ಸರಿಯಾದ</w:t>
      </w:r>
      <w:r>
        <w:t xml:space="preserve"> </w:t>
      </w:r>
      <w:r>
        <w:t>ಗಡಿ</w:t>
      </w:r>
      <w:r>
        <w:t xml:space="preserve"> </w:t>
      </w:r>
      <w:r>
        <w:t>ನಿರ್ಣಯ</w:t>
      </w:r>
      <w:r>
        <w:t xml:space="preserve">, </w:t>
      </w:r>
      <w:r>
        <w:t>ಕ್ಷೇತ್ರ</w:t>
      </w:r>
      <w:r>
        <w:t xml:space="preserve"> </w:t>
      </w:r>
      <w:r>
        <w:t>ಸಿಬ್ಬಂದಿ</w:t>
      </w:r>
      <w:r>
        <w:t xml:space="preserve"> </w:t>
      </w:r>
      <w:r>
        <w:t>ಮತ್ತು</w:t>
      </w:r>
      <w:r>
        <w:t xml:space="preserve"> </w:t>
      </w:r>
      <w:r>
        <w:t>ತರಬೇತುದಾರರ</w:t>
      </w:r>
      <w:r>
        <w:t xml:space="preserve"> </w:t>
      </w:r>
      <w:r>
        <w:t>ಸಕಾಲಿಕ</w:t>
      </w:r>
      <w:r>
        <w:t xml:space="preserve"> </w:t>
      </w:r>
      <w:r>
        <w:t>ನೇಮಕಾತಿ</w:t>
      </w:r>
      <w:r>
        <w:t xml:space="preserve"> </w:t>
      </w:r>
      <w:r>
        <w:t>ಹಾಗೂ</w:t>
      </w:r>
      <w:r>
        <w:t xml:space="preserve"> </w:t>
      </w:r>
      <w:r>
        <w:t>ಈ</w:t>
      </w:r>
      <w:r>
        <w:t xml:space="preserve"> </w:t>
      </w:r>
      <w:r>
        <w:t>ಕಾರ್ಯದಲ್ಲಿ</w:t>
      </w:r>
      <w:r>
        <w:t xml:space="preserve"> </w:t>
      </w:r>
      <w:r>
        <w:t>ತೊಡಗಿರುವ</w:t>
      </w:r>
      <w:r>
        <w:t xml:space="preserve"> </w:t>
      </w:r>
      <w:r>
        <w:t>ಎಲ್ಲಾ</w:t>
      </w:r>
      <w:r>
        <w:t xml:space="preserve"> </w:t>
      </w:r>
      <w:r>
        <w:t>ಕಾರ್ಯಕರ್ತರಿಗೆ</w:t>
      </w:r>
      <w:r>
        <w:t xml:space="preserve"> </w:t>
      </w:r>
      <w:r>
        <w:t>ಸಾಕಷ್ಟು</w:t>
      </w:r>
      <w:r>
        <w:t xml:space="preserve"> </w:t>
      </w:r>
      <w:r>
        <w:t>ತರಬೇತಿ</w:t>
      </w:r>
      <w:r>
        <w:t xml:space="preserve"> </w:t>
      </w:r>
      <w:r>
        <w:t>ನೀಡುವ</w:t>
      </w:r>
      <w:r>
        <w:t xml:space="preserve"> </w:t>
      </w:r>
      <w:r>
        <w:t>ಅಗತ್ಯವನ್ನು</w:t>
      </w:r>
      <w:r>
        <w:t xml:space="preserve"> </w:t>
      </w:r>
      <w:r>
        <w:t>ಪ್ರತಿಪಾದಿಸಿದರು</w:t>
      </w:r>
      <w:r>
        <w:t xml:space="preserve">. </w:t>
      </w:r>
      <w:r>
        <w:t>ಸ್ವಯಂ</w:t>
      </w:r>
      <w:r>
        <w:t>-</w:t>
      </w:r>
      <w:r>
        <w:t>ಗಣತಿಯನ್ನು</w:t>
      </w:r>
      <w:r>
        <w:t xml:space="preserve"> </w:t>
      </w:r>
      <w:r>
        <w:t>ಸಕ್ರಿಯವಾಗಿ</w:t>
      </w:r>
      <w:r>
        <w:t xml:space="preserve"> </w:t>
      </w:r>
      <w:r>
        <w:t>ಉತ್ತೇಜಿಸುವಂತೆ</w:t>
      </w:r>
      <w:r>
        <w:t xml:space="preserve"> </w:t>
      </w:r>
      <w:r>
        <w:t>ಮತ್ತು</w:t>
      </w:r>
      <w:r>
        <w:t xml:space="preserve"> </w:t>
      </w:r>
      <w:r>
        <w:t>ಸಾರ್ವಜನಿಕರ</w:t>
      </w:r>
      <w:r>
        <w:t xml:space="preserve"> </w:t>
      </w:r>
      <w:r>
        <w:t>ವ್ಯಾಪಕ</w:t>
      </w:r>
      <w:r>
        <w:t xml:space="preserve"> </w:t>
      </w:r>
      <w:r>
        <w:t>ಭಾಗವಹಿಸುವಿಕೆಯನ್ನು</w:t>
      </w:r>
      <w:r>
        <w:t xml:space="preserve"> </w:t>
      </w:r>
      <w:r>
        <w:t>ಪ್ರೋತ್ಸಾಹಿಸುವಂತೆ</w:t>
      </w:r>
      <w:r>
        <w:t xml:space="preserve"> </w:t>
      </w:r>
      <w:r>
        <w:t>ಪ್ರಧಾನ</w:t>
      </w:r>
      <w:r>
        <w:t xml:space="preserve"> </w:t>
      </w:r>
      <w:r>
        <w:t>ಜನಗಣತಿ</w:t>
      </w:r>
      <w:r>
        <w:t xml:space="preserve"> </w:t>
      </w:r>
      <w:r>
        <w:t>ಅಧಿಕಾರಿಗಳು</w:t>
      </w:r>
      <w:r>
        <w:t xml:space="preserve"> </w:t>
      </w:r>
      <w:r>
        <w:t>ಮತ್ತು</w:t>
      </w:r>
      <w:r>
        <w:t xml:space="preserve"> </w:t>
      </w:r>
      <w:r>
        <w:t>ಇತರ</w:t>
      </w:r>
      <w:r>
        <w:t xml:space="preserve"> </w:t>
      </w:r>
      <w:r>
        <w:t>ಅಧಿಕಾರಿಗಳನ್ನು</w:t>
      </w:r>
      <w:r>
        <w:t xml:space="preserve"> </w:t>
      </w:r>
      <w:r>
        <w:t>ಅವರು</w:t>
      </w:r>
      <w:r>
        <w:t xml:space="preserve"> </w:t>
      </w:r>
      <w:r>
        <w:t>ಒತ್ತಾಯಿಸಿದರು</w:t>
      </w:r>
      <w:r>
        <w:t xml:space="preserve">. </w:t>
      </w:r>
      <w:r>
        <w:t>ತಪ್ಪು</w:t>
      </w:r>
      <w:r>
        <w:t xml:space="preserve"> </w:t>
      </w:r>
      <w:r>
        <w:t>ಮಾಹಿ</w:t>
      </w:r>
      <w:r>
        <w:t>ತಿಯನ್ನು</w:t>
      </w:r>
      <w:r>
        <w:t xml:space="preserve"> </w:t>
      </w:r>
      <w:r>
        <w:t>ತಕ್ಷಣ</w:t>
      </w:r>
      <w:r>
        <w:t xml:space="preserve"> </w:t>
      </w:r>
      <w:r>
        <w:t>ಪರಿಹರಿಸಿ</w:t>
      </w:r>
      <w:r>
        <w:t xml:space="preserve">, </w:t>
      </w:r>
      <w:r>
        <w:t>ಸಾರ್ವಜನಿಕರಿಗೆ</w:t>
      </w:r>
      <w:r>
        <w:t xml:space="preserve"> </w:t>
      </w:r>
      <w:r>
        <w:t>ನಿಖರ</w:t>
      </w:r>
      <w:r>
        <w:t xml:space="preserve"> </w:t>
      </w:r>
      <w:r>
        <w:t>ಮಾಹಿತಿ</w:t>
      </w:r>
      <w:r>
        <w:t xml:space="preserve"> </w:t>
      </w:r>
      <w:r>
        <w:t>ತಲುಪುವಂತೆ</w:t>
      </w:r>
      <w:r>
        <w:t xml:space="preserve"> </w:t>
      </w:r>
      <w:r>
        <w:t>ಮಾಡಬೇಕೆಂದು</w:t>
      </w:r>
      <w:r>
        <w:t xml:space="preserve"> </w:t>
      </w:r>
      <w:r>
        <w:t>ಅವರು</w:t>
      </w:r>
      <w:r>
        <w:t xml:space="preserve"> </w:t>
      </w:r>
      <w:r>
        <w:t>ಜಿಲ್ಲಾಧಿಕಾರಿಗಳಿಗೆ</w:t>
      </w:r>
      <w:r>
        <w:t xml:space="preserve"> </w:t>
      </w:r>
      <w:r>
        <w:t>ಕರೆ</w:t>
      </w:r>
      <w:r>
        <w:t xml:space="preserve"> </w:t>
      </w:r>
      <w:r>
        <w:t>ನೀಡಿದರು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ಜನಗಣತಿ</w:t>
      </w:r>
      <w:r>
        <w:t xml:space="preserve"> 2027</w:t>
      </w:r>
      <w:r>
        <w:t>ರ</w:t>
      </w:r>
      <w:r>
        <w:t xml:space="preserve"> </w:t>
      </w:r>
      <w:r>
        <w:t>ಹಂತ</w:t>
      </w:r>
      <w:r>
        <w:t>-II</w:t>
      </w:r>
      <w:r>
        <w:t>ಕ್ಕೆ</w:t>
      </w:r>
      <w:r>
        <w:t xml:space="preserve"> </w:t>
      </w:r>
      <w:r>
        <w:t>ಅವಿಭಾಜ್ಯವಾದ</w:t>
      </w:r>
      <w:r>
        <w:t xml:space="preserve"> </w:t>
      </w:r>
      <w:r>
        <w:t>ಡಿಜಿಟಲ್</w:t>
      </w:r>
      <w:r>
        <w:t xml:space="preserve"> </w:t>
      </w:r>
      <w:r>
        <w:t>ಸಾಧನಗಳು</w:t>
      </w:r>
      <w:r>
        <w:t xml:space="preserve"> </w:t>
      </w:r>
      <w:r>
        <w:t>ಮತ್ತು</w:t>
      </w:r>
      <w:r>
        <w:t xml:space="preserve"> </w:t>
      </w:r>
      <w:r>
        <w:t>ವೇದಿಕೆಗಳಾದ</w:t>
      </w:r>
      <w:r>
        <w:t xml:space="preserve"> </w:t>
      </w:r>
      <w:r>
        <w:t>ಮೊಬೈಲ್</w:t>
      </w:r>
      <w:r>
        <w:t xml:space="preserve"> </w:t>
      </w:r>
      <w:r>
        <w:t>ಆ್ಯಪ್</w:t>
      </w:r>
      <w:r>
        <w:t xml:space="preserve">, </w:t>
      </w:r>
      <w:r>
        <w:t>ಜನಗಣತಿ</w:t>
      </w:r>
      <w:r>
        <w:t xml:space="preserve"> </w:t>
      </w:r>
      <w:r>
        <w:t>ನಿರ್ವಹಣೆ</w:t>
      </w:r>
      <w:r>
        <w:t xml:space="preserve"> </w:t>
      </w:r>
      <w:r>
        <w:t>ಮತ್ತು</w:t>
      </w:r>
      <w:r>
        <w:t xml:space="preserve"> </w:t>
      </w:r>
      <w:r>
        <w:t>ಮೇಲ್ವಿಚಾರಣಾ</w:t>
      </w:r>
      <w:r>
        <w:t xml:space="preserve"> </w:t>
      </w:r>
      <w:r>
        <w:t>ವ್ಯವಸ್ಥೆ</w:t>
      </w:r>
      <w:r>
        <w:t xml:space="preserve"> (CMMS), </w:t>
      </w:r>
      <w:r>
        <w:t>ಸ್ವಯಂ</w:t>
      </w:r>
      <w:r>
        <w:t>-</w:t>
      </w:r>
      <w:r>
        <w:t>ಗಣತಿ</w:t>
      </w:r>
      <w:r>
        <w:t xml:space="preserve"> </w:t>
      </w:r>
      <w:r>
        <w:t>ಪೋರ್</w:t>
      </w:r>
      <w:r>
        <w:t>ಟಲ್</w:t>
      </w:r>
      <w:r>
        <w:t xml:space="preserve"> </w:t>
      </w:r>
      <w:r>
        <w:t>ಮತ್ತು</w:t>
      </w:r>
      <w:r>
        <w:t xml:space="preserve"> </w:t>
      </w:r>
      <w:r>
        <w:t>ಗಣತಿ</w:t>
      </w:r>
      <w:r>
        <w:t xml:space="preserve"> </w:t>
      </w:r>
      <w:r>
        <w:t>ಬ್ಲಾಕ್</w:t>
      </w:r>
      <w:r>
        <w:t xml:space="preserve"> </w:t>
      </w:r>
      <w:r>
        <w:t>ರಚನೆ</w:t>
      </w:r>
      <w:r>
        <w:t xml:space="preserve"> </w:t>
      </w:r>
      <w:r>
        <w:t>ಪೋರ್ಟಲ್</w:t>
      </w:r>
      <w:r>
        <w:t xml:space="preserve"> </w:t>
      </w:r>
      <w:r>
        <w:t>ಹಾಗೂ</w:t>
      </w:r>
      <w:r>
        <w:t xml:space="preserve"> </w:t>
      </w:r>
      <w:r>
        <w:t>ಪ್ರಚಾರ</w:t>
      </w:r>
      <w:r>
        <w:t xml:space="preserve"> </w:t>
      </w:r>
      <w:r>
        <w:t>ಕ್ರಮಗಳ</w:t>
      </w:r>
      <w:r>
        <w:t xml:space="preserve"> </w:t>
      </w:r>
      <w:r>
        <w:t>ಬಗ್ಗೆ</w:t>
      </w:r>
      <w:r>
        <w:t xml:space="preserve"> </w:t>
      </w:r>
      <w:r>
        <w:t>ಜನಗಣತಿ</w:t>
      </w:r>
      <w:r>
        <w:t xml:space="preserve"> </w:t>
      </w:r>
      <w:r>
        <w:t>ಕಾರ್ಯಾಚರಣೆಗಳ</w:t>
      </w:r>
      <w:r>
        <w:t xml:space="preserve"> </w:t>
      </w:r>
      <w:r>
        <w:t>ನಿರ್ದೇಶನಾಲಯ</w:t>
      </w:r>
      <w:r>
        <w:t xml:space="preserve">, </w:t>
      </w:r>
      <w:r>
        <w:t>ಕರ್ನಾಟಕದ</w:t>
      </w:r>
      <w:r>
        <w:t xml:space="preserve"> </w:t>
      </w:r>
      <w:r>
        <w:t>ಹಿರಿಯ</w:t>
      </w:r>
      <w:r>
        <w:t xml:space="preserve"> </w:t>
      </w:r>
      <w:r>
        <w:t>ಅಧಿಕಾರಿಗಳು</w:t>
      </w:r>
      <w:r>
        <w:t xml:space="preserve"> </w:t>
      </w:r>
      <w:r>
        <w:t>ಸಮ್ಮೇಳನದಲ್ಲಿ</w:t>
      </w:r>
      <w:r>
        <w:t xml:space="preserve"> </w:t>
      </w:r>
      <w:r>
        <w:t>ವಿವರವಾದ</w:t>
      </w:r>
      <w:r>
        <w:t xml:space="preserve"> </w:t>
      </w:r>
      <w:r>
        <w:t>ಪ್ರಸ್ತುತಿಗಳನ್ನು</w:t>
      </w:r>
      <w:r>
        <w:t xml:space="preserve"> </w:t>
      </w:r>
      <w:r>
        <w:t>ನೀಡಿದರು</w:t>
      </w:r>
      <w:r>
        <w:t xml:space="preserve">. </w:t>
      </w:r>
      <w:r>
        <w:t>ಜನಗಣತಿ</w:t>
      </w:r>
      <w:r>
        <w:t xml:space="preserve"> </w:t>
      </w:r>
      <w:r>
        <w:t>ಕಾಯ್ದೆ</w:t>
      </w:r>
      <w:r>
        <w:t xml:space="preserve"> </w:t>
      </w:r>
      <w:r>
        <w:t>ಮತ್ತು</w:t>
      </w:r>
      <w:r>
        <w:t xml:space="preserve"> </w:t>
      </w:r>
      <w:r>
        <w:t>ನಿಯಮಗಳ</w:t>
      </w:r>
      <w:r>
        <w:t xml:space="preserve"> </w:t>
      </w:r>
      <w:r>
        <w:t>ಸಂಬಂಧಿತ</w:t>
      </w:r>
      <w:r>
        <w:t xml:space="preserve"> </w:t>
      </w:r>
      <w:r>
        <w:t>ನಿಬಂಧನೆಗಳು</w:t>
      </w:r>
      <w:r>
        <w:t xml:space="preserve">, </w:t>
      </w:r>
      <w:r>
        <w:t>ತರಬೇತಿ</w:t>
      </w:r>
      <w:r>
        <w:t xml:space="preserve"> </w:t>
      </w:r>
      <w:r>
        <w:t>ಚೌಕಟ್ಟುಗಳು</w:t>
      </w:r>
      <w:r>
        <w:t xml:space="preserve"> </w:t>
      </w:r>
      <w:r>
        <w:t>ಮತ್ತು</w:t>
      </w:r>
      <w:r>
        <w:t xml:space="preserve"> </w:t>
      </w:r>
      <w:r>
        <w:t>ಜನಸಂಖ್ಯಾ</w:t>
      </w:r>
      <w:r>
        <w:t xml:space="preserve"> </w:t>
      </w:r>
      <w:r>
        <w:t>ಗಣತಿಯ</w:t>
      </w:r>
      <w:r>
        <w:t xml:space="preserve"> </w:t>
      </w:r>
      <w:r>
        <w:t>ಸಮಯದಲ</w:t>
      </w:r>
      <w:r>
        <w:t>್ಲಿ</w:t>
      </w:r>
      <w:r>
        <w:t xml:space="preserve"> </w:t>
      </w:r>
      <w:r>
        <w:t>ಕೇಳಬೇಕಾದ</w:t>
      </w:r>
      <w:r>
        <w:t xml:space="preserve"> </w:t>
      </w:r>
      <w:r>
        <w:t>ಪ್ರಶ್ನೆಗಳ</w:t>
      </w:r>
      <w:r>
        <w:t xml:space="preserve"> </w:t>
      </w:r>
      <w:r>
        <w:t>ವರ್ಗಗಳ</w:t>
      </w:r>
      <w:r>
        <w:t xml:space="preserve"> </w:t>
      </w:r>
      <w:r>
        <w:t>ಕುರಿತೂ</w:t>
      </w:r>
      <w:r>
        <w:t xml:space="preserve"> </w:t>
      </w:r>
      <w:r>
        <w:t>ಚರ್ಚೆ</w:t>
      </w:r>
      <w:r>
        <w:t xml:space="preserve"> </w:t>
      </w:r>
      <w:r>
        <w:t>ನಡೆಯಿತು</w:t>
      </w:r>
      <w:r>
        <w:t>.</w:t>
      </w:r>
    </w:p>
    <w:p w:rsidR="005E00DA" w:rsidRDefault="00CC1905">
      <w:pPr>
        <w:spacing w:after="180" w:line="300" w:lineRule="auto"/>
        <w:jc w:val="both"/>
      </w:pPr>
      <w:r>
        <w:t>ಕರ್ನಾಟಕದಾದ್ಯಂತ</w:t>
      </w:r>
      <w:r>
        <w:t xml:space="preserve"> </w:t>
      </w:r>
      <w:r>
        <w:t>ಜನಸಂಖ್ಯಾ</w:t>
      </w:r>
      <w:r>
        <w:t xml:space="preserve"> </w:t>
      </w:r>
      <w:r>
        <w:t>ಗಣತಿಯನ್ನು</w:t>
      </w:r>
      <w:r>
        <w:t xml:space="preserve"> </w:t>
      </w:r>
      <w:r>
        <w:t>ಯಶಸ್ವಿಯಾಗಿ</w:t>
      </w:r>
      <w:r>
        <w:t xml:space="preserve"> </w:t>
      </w:r>
      <w:r>
        <w:t>ನಡೆಸಲು</w:t>
      </w:r>
      <w:r>
        <w:t xml:space="preserve"> </w:t>
      </w:r>
      <w:r>
        <w:t>ರಾಜ್ಯ</w:t>
      </w:r>
      <w:r>
        <w:t xml:space="preserve"> </w:t>
      </w:r>
      <w:r>
        <w:t>ಸರ್ಕಾರ</w:t>
      </w:r>
      <w:r>
        <w:t xml:space="preserve"> </w:t>
      </w:r>
      <w:r>
        <w:t>ಮತ್ತು</w:t>
      </w:r>
      <w:r>
        <w:t xml:space="preserve"> </w:t>
      </w:r>
      <w:r>
        <w:t>ಜಿಲ್ಲಾ</w:t>
      </w:r>
      <w:r>
        <w:t xml:space="preserve"> </w:t>
      </w:r>
      <w:r>
        <w:t>ಆಡಳಿತಗಳ</w:t>
      </w:r>
      <w:r>
        <w:t xml:space="preserve"> </w:t>
      </w:r>
      <w:r>
        <w:t>ಸಾಮೂಹಿಕ</w:t>
      </w:r>
      <w:r>
        <w:t xml:space="preserve"> </w:t>
      </w:r>
      <w:r>
        <w:t>ಬದ್ಧತೆಯನ್ನು</w:t>
      </w:r>
      <w:r>
        <w:t xml:space="preserve"> </w:t>
      </w:r>
      <w:r>
        <w:t>ಸಮ್ಮೇಳನವು</w:t>
      </w:r>
      <w:r>
        <w:t xml:space="preserve"> </w:t>
      </w:r>
      <w:r>
        <w:t>ಪುನರುಚ್ಚರಿಸಿತು</w:t>
      </w:r>
      <w:r>
        <w:t xml:space="preserve">. </w:t>
      </w:r>
      <w:r>
        <w:t>ತಮಗೆ</w:t>
      </w:r>
      <w:r>
        <w:t xml:space="preserve"> </w:t>
      </w:r>
      <w:r>
        <w:t>ವಹಿಸಲಾದ</w:t>
      </w:r>
      <w:r>
        <w:t xml:space="preserve"> </w:t>
      </w:r>
      <w:r>
        <w:t>ಜವಾಬ್ದಾರಿಗಳನ್ನು</w:t>
      </w:r>
      <w:r>
        <w:t xml:space="preserve"> </w:t>
      </w:r>
      <w:r>
        <w:t>ಪರಿಣಾಮಕಾರಿಯಾಗಿ</w:t>
      </w:r>
      <w:r>
        <w:t xml:space="preserve"> </w:t>
      </w:r>
      <w:r>
        <w:t>ನಿರ್ವಹಿಸಲು</w:t>
      </w:r>
      <w:r>
        <w:t xml:space="preserve"> </w:t>
      </w:r>
      <w:r>
        <w:t>ಅನುಕೂಲವಾಗುವಂತೆ</w:t>
      </w:r>
      <w:r>
        <w:t xml:space="preserve"> </w:t>
      </w:r>
      <w:r>
        <w:t>ರಾ</w:t>
      </w:r>
      <w:r>
        <w:t>ಜ್ಯ</w:t>
      </w:r>
      <w:r>
        <w:t xml:space="preserve"> </w:t>
      </w:r>
      <w:r>
        <w:t>ಸರ್ಕಾರದ</w:t>
      </w:r>
      <w:r>
        <w:t xml:space="preserve"> </w:t>
      </w:r>
      <w:r>
        <w:t>ಅಗತ್ಯ</w:t>
      </w:r>
      <w:r>
        <w:t xml:space="preserve"> </w:t>
      </w:r>
      <w:r>
        <w:t>ಬೆಂಬಲವನ್ನು</w:t>
      </w:r>
      <w:r>
        <w:t xml:space="preserve"> </w:t>
      </w:r>
      <w:r>
        <w:t>ನೀಡಲಾಗುವುದು</w:t>
      </w:r>
      <w:r>
        <w:t xml:space="preserve"> </w:t>
      </w:r>
      <w:r>
        <w:t>ಎಂದು</w:t>
      </w:r>
      <w:r>
        <w:t xml:space="preserve"> </w:t>
      </w:r>
      <w:r>
        <w:t>ಅಪರ</w:t>
      </w:r>
      <w:r>
        <w:t xml:space="preserve"> </w:t>
      </w:r>
      <w:r>
        <w:t>ಮುಖ್ಯ</w:t>
      </w:r>
      <w:r>
        <w:t xml:space="preserve"> </w:t>
      </w:r>
      <w:r>
        <w:t>ಕಾರ್ಯದರ್ಶಿಗಳು</w:t>
      </w:r>
      <w:r>
        <w:t xml:space="preserve"> </w:t>
      </w:r>
      <w:r>
        <w:t>ಭರವಸೆ</w:t>
      </w:r>
      <w:r>
        <w:t xml:space="preserve"> </w:t>
      </w:r>
      <w:r>
        <w:t>ನೀಡಿದರು</w:t>
      </w:r>
      <w:r>
        <w:t>.</w:t>
      </w:r>
    </w:p>
    <w:p w:rsidR="005E00DA" w:rsidRDefault="005E00DA">
      <w:pPr>
        <w:spacing w:after="280" w:line="300" w:lineRule="auto"/>
      </w:pPr>
    </w:p>
    <w:p w:rsidR="005E00DA" w:rsidRDefault="00CC1905">
      <w:pPr>
        <w:spacing w:after="0" w:line="300" w:lineRule="auto"/>
        <w:jc w:val="right"/>
      </w:pPr>
      <w:r>
        <w:rPr>
          <w:b/>
        </w:rPr>
        <w:t>(</w:t>
      </w:r>
      <w:r>
        <w:rPr>
          <w:b/>
        </w:rPr>
        <w:t>ರಾಮಚಂದ್ರನ್</w:t>
      </w:r>
      <w:r>
        <w:rPr>
          <w:b/>
        </w:rPr>
        <w:t xml:space="preserve"> </w:t>
      </w:r>
      <w:r>
        <w:rPr>
          <w:b/>
        </w:rPr>
        <w:t>ಆರ್</w:t>
      </w:r>
      <w:r>
        <w:rPr>
          <w:b/>
        </w:rPr>
        <w:t>)</w:t>
      </w:r>
    </w:p>
    <w:p w:rsidR="005E00DA" w:rsidRDefault="00CC1905">
      <w:pPr>
        <w:spacing w:after="0" w:line="300" w:lineRule="auto"/>
        <w:jc w:val="right"/>
      </w:pPr>
      <w:r>
        <w:t>ನಿರ್ದೇಶಕರು</w:t>
      </w:r>
      <w:r>
        <w:t xml:space="preserve"> </w:t>
      </w:r>
      <w:r>
        <w:t>ಮತ್ತು</w:t>
      </w:r>
      <w:r>
        <w:t xml:space="preserve"> </w:t>
      </w:r>
      <w:r>
        <w:t>ಮುಖ್ಯ</w:t>
      </w:r>
      <w:r>
        <w:t xml:space="preserve"> </w:t>
      </w:r>
      <w:r>
        <w:t>ಪ್ರಧಾನ</w:t>
      </w:r>
      <w:r>
        <w:t xml:space="preserve"> </w:t>
      </w:r>
      <w:r>
        <w:t>ಜನಗಣತಿ</w:t>
      </w:r>
      <w:r>
        <w:t xml:space="preserve"> </w:t>
      </w:r>
      <w:r>
        <w:t>ಅಧಿಕಾರಿ</w:t>
      </w:r>
    </w:p>
    <w:p w:rsidR="005E00DA" w:rsidRDefault="00CC1905">
      <w:pPr>
        <w:spacing w:after="0" w:line="300" w:lineRule="auto"/>
        <w:jc w:val="right"/>
      </w:pPr>
      <w:r>
        <w:lastRenderedPageBreak/>
        <w:t>ಜನಗಣತಿ</w:t>
      </w:r>
      <w:r>
        <w:t xml:space="preserve"> </w:t>
      </w:r>
      <w:r>
        <w:t>ಕಾರ್ಯಾಚರಣೆಗಳ</w:t>
      </w:r>
      <w:r>
        <w:t xml:space="preserve"> </w:t>
      </w:r>
      <w:r>
        <w:t>ನಿರ್ದೇಶನಾಲಯ</w:t>
      </w:r>
      <w:r>
        <w:t xml:space="preserve">, </w:t>
      </w:r>
      <w:r>
        <w:t>ಕರ್ನಾಟಕ</w:t>
      </w:r>
    </w:p>
    <w:sectPr w:rsidR="005E00DA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8BD"/>
    <w:rsid w:val="0029639D"/>
    <w:rsid w:val="00326F90"/>
    <w:rsid w:val="005E00DA"/>
    <w:rsid w:val="00AA1D8D"/>
    <w:rsid w:val="00B47730"/>
    <w:rsid w:val="00CB0664"/>
    <w:rsid w:val="00CC19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C75BC"/>
  <w14:defaultImageDpi w14:val="300"/>
  <w15:docId w15:val="{36ED0339-E68A-4B93-80B7-6E475A01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 w:cs="Nirmala UI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5E3308-8E38-4F7D-A963-746C1C84F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2026-10-30T12:14:00Z</dcterms:modified>
  <cp:category/>
</cp:coreProperties>
</file>