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8D3" w:rsidRDefault="0003133C" w:rsidP="000D3B87">
      <w:pPr>
        <w:jc w:val="center"/>
      </w:pPr>
      <w:r>
        <w:rPr>
          <w:b/>
          <w:sz w:val="32"/>
        </w:rPr>
        <w:t>ಪತ್ರಿಕಾ</w:t>
      </w:r>
      <w:r>
        <w:rPr>
          <w:b/>
          <w:sz w:val="32"/>
        </w:rPr>
        <w:t xml:space="preserve"> </w:t>
      </w:r>
      <w:r>
        <w:rPr>
          <w:b/>
          <w:sz w:val="32"/>
        </w:rPr>
        <w:t>ಪ್ರಕಟಣೆ</w:t>
      </w:r>
    </w:p>
    <w:p w:rsidR="00C448D3" w:rsidRDefault="0003133C" w:rsidP="000D3B87">
      <w:pPr>
        <w:jc w:val="center"/>
      </w:pPr>
      <w:r>
        <w:rPr>
          <w:b/>
          <w:sz w:val="28"/>
        </w:rPr>
        <w:t>‘</w:t>
      </w:r>
      <w:proofErr w:type="spellStart"/>
      <w:r w:rsidR="000D3B87">
        <w:rPr>
          <w:b/>
          <w:sz w:val="28"/>
        </w:rPr>
        <w:t>ಆಲಿ</w:t>
      </w:r>
      <w:r>
        <w:rPr>
          <w:b/>
          <w:sz w:val="28"/>
        </w:rPr>
        <w:t>ಸು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ಕಂದಾ</w:t>
      </w:r>
      <w:proofErr w:type="spellEnd"/>
      <w:r>
        <w:rPr>
          <w:b/>
          <w:sz w:val="28"/>
        </w:rPr>
        <w:t>’</w:t>
      </w:r>
    </w:p>
    <w:p w:rsidR="00C448D3" w:rsidRDefault="0003133C" w:rsidP="000D3B87">
      <w:pPr>
        <w:jc w:val="center"/>
      </w:pPr>
      <w:r>
        <w:rPr>
          <w:b/>
          <w:sz w:val="24"/>
        </w:rPr>
        <w:t>ಶ್ರವಣ</w:t>
      </w:r>
      <w:r>
        <w:rPr>
          <w:b/>
          <w:sz w:val="24"/>
        </w:rPr>
        <w:t xml:space="preserve"> </w:t>
      </w:r>
      <w:r>
        <w:rPr>
          <w:b/>
          <w:sz w:val="24"/>
        </w:rPr>
        <w:t>ದೋಷ</w:t>
      </w:r>
      <w:r>
        <w:rPr>
          <w:b/>
          <w:sz w:val="24"/>
        </w:rPr>
        <w:t xml:space="preserve"> </w:t>
      </w:r>
      <w:r>
        <w:rPr>
          <w:b/>
          <w:sz w:val="24"/>
        </w:rPr>
        <w:t>ಮುಕ್ತ</w:t>
      </w:r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ಅಭಿಯಾನದಡಿ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ಕಾಕ್ಲಿಯರ್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ಇಂಪ್ಲಾಂಟ್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ಕಾ</w:t>
      </w:r>
      <w:r>
        <w:rPr>
          <w:b/>
          <w:sz w:val="24"/>
        </w:rPr>
        <w:t>ರ್ಯ</w:t>
      </w:r>
      <w:r>
        <w:rPr>
          <w:b/>
          <w:sz w:val="24"/>
        </w:rPr>
        <w:t>ಕ್ರ</w:t>
      </w:r>
      <w:r>
        <w:rPr>
          <w:b/>
          <w:sz w:val="24"/>
        </w:rPr>
        <w:t>ಮ</w:t>
      </w:r>
      <w:proofErr w:type="spellEnd"/>
    </w:p>
    <w:p w:rsidR="00C448D3" w:rsidRDefault="0003133C" w:rsidP="000D3B87">
      <w:pPr>
        <w:spacing w:before="160" w:after="80"/>
        <w:jc w:val="both"/>
      </w:pPr>
      <w:r>
        <w:rPr>
          <w:b/>
          <w:sz w:val="24"/>
        </w:rPr>
        <w:t xml:space="preserve">1. </w:t>
      </w:r>
      <w:r>
        <w:rPr>
          <w:b/>
          <w:sz w:val="24"/>
        </w:rPr>
        <w:t>ಹಿನ್ನೆಲೆ</w:t>
      </w:r>
    </w:p>
    <w:p w:rsidR="00C448D3" w:rsidRDefault="0003133C" w:rsidP="000D3B87">
      <w:pPr>
        <w:spacing w:after="100" w:line="269" w:lineRule="auto"/>
        <w:jc w:val="both"/>
      </w:pPr>
      <w:r>
        <w:t>ಮಕ್ಕಳಲ್ಲಿ</w:t>
      </w:r>
      <w:r>
        <w:t xml:space="preserve"> </w:t>
      </w:r>
      <w:r>
        <w:t>ಕಂಡುಬರುವ</w:t>
      </w:r>
      <w:r>
        <w:t xml:space="preserve"> </w:t>
      </w:r>
      <w:r>
        <w:t>ಶ್ರವಣ</w:t>
      </w:r>
      <w:r>
        <w:t xml:space="preserve"> </w:t>
      </w:r>
      <w:r>
        <w:t>ದೋಷ</w:t>
      </w:r>
      <w:r>
        <w:t xml:space="preserve">, </w:t>
      </w:r>
      <w:r>
        <w:t>ವಿಶೇಷವಾಗಿ</w:t>
      </w:r>
      <w:r>
        <w:t xml:space="preserve"> </w:t>
      </w:r>
      <w:r>
        <w:t>ತೀವ್ರದಿಂದ</w:t>
      </w:r>
      <w:r>
        <w:t xml:space="preserve"> </w:t>
      </w:r>
      <w:r>
        <w:t>ಅತಿತೀವ್ರ</w:t>
      </w:r>
      <w:r>
        <w:t xml:space="preserve"> </w:t>
      </w:r>
      <w:r>
        <w:t>ಮಟ್ಟದ</w:t>
      </w:r>
      <w:r>
        <w:t xml:space="preserve"> </w:t>
      </w:r>
      <w:r>
        <w:t>ಶ್ರವಣ</w:t>
      </w:r>
      <w:r>
        <w:t xml:space="preserve"> </w:t>
      </w:r>
      <w:r>
        <w:t>ನಷ್ಟವು</w:t>
      </w:r>
      <w:r>
        <w:t xml:space="preserve"> </w:t>
      </w:r>
      <w:r>
        <w:t>ಅವರ</w:t>
      </w:r>
      <w:r>
        <w:t xml:space="preserve"> </w:t>
      </w:r>
      <w:r>
        <w:t>ಮಾತು</w:t>
      </w:r>
      <w:r>
        <w:t xml:space="preserve">, </w:t>
      </w:r>
      <w:r>
        <w:t>ಭಾಷಾ</w:t>
      </w:r>
      <w:r>
        <w:t xml:space="preserve"> </w:t>
      </w:r>
      <w:r>
        <w:t>ಬೆಳವಣಿಗೆ</w:t>
      </w:r>
      <w:r>
        <w:t xml:space="preserve">, </w:t>
      </w:r>
      <w:r>
        <w:t>ಸಂವಹನ</w:t>
      </w:r>
      <w:r>
        <w:t xml:space="preserve"> </w:t>
      </w:r>
      <w:r>
        <w:t>ಕೌಶಲ್ಯ</w:t>
      </w:r>
      <w:r>
        <w:t xml:space="preserve"> </w:t>
      </w:r>
      <w:r>
        <w:t>ಹಾಗೂ</w:t>
      </w:r>
      <w:r>
        <w:t xml:space="preserve"> </w:t>
      </w:r>
      <w:r>
        <w:t>ಶೈಕ್ಷಣಿಕ</w:t>
      </w:r>
      <w:r>
        <w:t xml:space="preserve"> </w:t>
      </w:r>
      <w:r>
        <w:t>ಅವಕಾಶಗಳ</w:t>
      </w:r>
      <w:r>
        <w:t xml:space="preserve"> </w:t>
      </w:r>
      <w:r>
        <w:t>ಮೇಲೆ</w:t>
      </w:r>
      <w:r>
        <w:t xml:space="preserve"> </w:t>
      </w:r>
      <w:r>
        <w:t>ಗಮನಾರ್ಹ</w:t>
      </w:r>
      <w:r>
        <w:t xml:space="preserve"> </w:t>
      </w:r>
      <w:r>
        <w:t>ಪರಿಣಾಮ</w:t>
      </w:r>
      <w:r>
        <w:t xml:space="preserve"> </w:t>
      </w:r>
      <w:r>
        <w:t>ಬೀರುತ್ತದೆ</w:t>
      </w:r>
      <w:r>
        <w:t xml:space="preserve">. </w:t>
      </w:r>
      <w:r>
        <w:t>ಇಂತಹ</w:t>
      </w:r>
      <w:r>
        <w:t xml:space="preserve"> </w:t>
      </w:r>
      <w:r>
        <w:t>ಮಕ್ಕಳಲ್ಲಿ</w:t>
      </w:r>
      <w:r>
        <w:t xml:space="preserve"> </w:t>
      </w:r>
      <w:r>
        <w:t>ಶ್ರವಣ</w:t>
      </w:r>
      <w:r>
        <w:t xml:space="preserve"> </w:t>
      </w:r>
      <w:r>
        <w:t>ದೋಷವನ್ನು</w:t>
      </w:r>
      <w:r>
        <w:t xml:space="preserve"> </w:t>
      </w:r>
      <w:r>
        <w:t>ಆರಂಭಿಕ</w:t>
      </w:r>
      <w:r>
        <w:t xml:space="preserve"> </w:t>
      </w:r>
      <w:r>
        <w:t>ಹಂತದಲ್ಲಿಯೇ</w:t>
      </w:r>
      <w:r>
        <w:t xml:space="preserve"> </w:t>
      </w:r>
      <w:r>
        <w:t>ಗುರುತಿಸುವುದು</w:t>
      </w:r>
      <w:r>
        <w:t xml:space="preserve">, </w:t>
      </w:r>
      <w:r>
        <w:t>ಸಕಾಲದಲ್ಲಿ</w:t>
      </w:r>
      <w:r>
        <w:t xml:space="preserve"> </w:t>
      </w:r>
      <w:r>
        <w:t>ಕಾಕ್ಲಿಯರ್</w:t>
      </w:r>
      <w:r>
        <w:t xml:space="preserve"> </w:t>
      </w:r>
      <w:r>
        <w:t>ಇಂಪ್ಲಾಂಟ್</w:t>
      </w:r>
      <w:r>
        <w:t xml:space="preserve"> </w:t>
      </w:r>
      <w:r>
        <w:t>ಶಸ್ತ್ರಚಿಕಿತ್ಸೆ</w:t>
      </w:r>
      <w:r>
        <w:t xml:space="preserve"> </w:t>
      </w:r>
      <w:r>
        <w:t>ನೆರವೇರಿಸುವುದು</w:t>
      </w:r>
      <w:r>
        <w:t xml:space="preserve"> </w:t>
      </w:r>
      <w:r>
        <w:t>ಹಾಗೂ</w:t>
      </w:r>
      <w:r>
        <w:t xml:space="preserve"> </w:t>
      </w:r>
      <w:r>
        <w:t>ಸೂಕ್ತ</w:t>
      </w:r>
      <w:r>
        <w:t xml:space="preserve"> </w:t>
      </w:r>
      <w:r>
        <w:t>ಪುನರ್ವಸತಿ</w:t>
      </w:r>
      <w:r>
        <w:t xml:space="preserve"> </w:t>
      </w:r>
      <w:r>
        <w:t>ಸೇವೆಗಳನ್ನು</w:t>
      </w:r>
      <w:r>
        <w:t xml:space="preserve"> </w:t>
      </w:r>
      <w:r>
        <w:t>ಒದಗಿಸುವುದು</w:t>
      </w:r>
      <w:r>
        <w:t xml:space="preserve"> </w:t>
      </w:r>
      <w:r>
        <w:t>ಉತ್ತಮ</w:t>
      </w:r>
      <w:r>
        <w:t xml:space="preserve"> </w:t>
      </w:r>
      <w:r>
        <w:t>ಫಲಿತಾಂಶಗಳನ್ನು</w:t>
      </w:r>
      <w:r>
        <w:t xml:space="preserve"> </w:t>
      </w:r>
      <w:r>
        <w:t>ಸಾಧಿಸಲು</w:t>
      </w:r>
      <w:r>
        <w:t xml:space="preserve"> </w:t>
      </w:r>
      <w:r>
        <w:t>ಅತ್ಯಂತ</w:t>
      </w:r>
      <w:r>
        <w:t xml:space="preserve"> </w:t>
      </w:r>
      <w:r>
        <w:t>ಅಗತ್ಯವಾಗಿ</w:t>
      </w:r>
      <w:r>
        <w:t>ದೆ</w:t>
      </w:r>
      <w:r>
        <w:t>.</w:t>
      </w:r>
    </w:p>
    <w:p w:rsidR="00C448D3" w:rsidRDefault="0003133C" w:rsidP="000D3B87">
      <w:pPr>
        <w:spacing w:after="100" w:line="269" w:lineRule="auto"/>
        <w:jc w:val="both"/>
      </w:pPr>
      <w:r>
        <w:t>ಈ</w:t>
      </w:r>
      <w:r>
        <w:t xml:space="preserve"> </w:t>
      </w:r>
      <w:r>
        <w:t>ನಿಟ್ಟಿನಲ್ಲಿ</w:t>
      </w:r>
      <w:r>
        <w:t xml:space="preserve">, </w:t>
      </w:r>
      <w:r>
        <w:t>ಅರ್ಹ</w:t>
      </w:r>
      <w:r>
        <w:t xml:space="preserve"> </w:t>
      </w:r>
      <w:r>
        <w:t>ಮಕ್ಕಳಿಗೆ</w:t>
      </w:r>
      <w:r>
        <w:t xml:space="preserve"> </w:t>
      </w:r>
      <w:r>
        <w:t>ಕಾಕ್ಲಿಯರ್</w:t>
      </w:r>
      <w:r>
        <w:t xml:space="preserve"> </w:t>
      </w:r>
      <w:r>
        <w:t>ಇಂಪ್ಲಾಂಟ್</w:t>
      </w:r>
      <w:r>
        <w:t xml:space="preserve"> </w:t>
      </w:r>
      <w:r>
        <w:t>ಶಸ್ತ್ರಚಿಕಿತ್ಸೆ</w:t>
      </w:r>
      <w:r>
        <w:t xml:space="preserve"> </w:t>
      </w:r>
      <w:r>
        <w:t>ಹಾಗೂ</w:t>
      </w:r>
      <w:r>
        <w:t xml:space="preserve"> </w:t>
      </w:r>
      <w:r>
        <w:t>ಶಸ್ತ್ರಚಿಕಿತ್ಸೆಯ</w:t>
      </w:r>
      <w:r>
        <w:t xml:space="preserve"> </w:t>
      </w:r>
      <w:r>
        <w:t>ನಂತರದ</w:t>
      </w:r>
      <w:r>
        <w:t xml:space="preserve"> </w:t>
      </w:r>
      <w:r>
        <w:t>ಶ್ರವಣ</w:t>
      </w:r>
      <w:r>
        <w:t>-</w:t>
      </w:r>
      <w:r>
        <w:t>ಮಾತು</w:t>
      </w:r>
      <w:r>
        <w:t xml:space="preserve"> </w:t>
      </w:r>
      <w:r>
        <w:t>ಮತ್ತು</w:t>
      </w:r>
      <w:r>
        <w:t xml:space="preserve"> </w:t>
      </w:r>
      <w:r>
        <w:t>ಭಾಷಾ</w:t>
      </w:r>
      <w:r>
        <w:t xml:space="preserve"> </w:t>
      </w:r>
      <w:r>
        <w:t>ಬೆಳವಣಿಗೆಗೆ</w:t>
      </w:r>
      <w:r>
        <w:t xml:space="preserve"> </w:t>
      </w:r>
      <w:r>
        <w:t>ಪೂರಕವಾದ</w:t>
      </w:r>
      <w:r>
        <w:t xml:space="preserve"> </w:t>
      </w:r>
      <w:r>
        <w:t>ಶ್ರವಣ</w:t>
      </w:r>
      <w:r>
        <w:t>-</w:t>
      </w:r>
      <w:r>
        <w:t>ಮೌಖಿಕ</w:t>
      </w:r>
      <w:r>
        <w:t xml:space="preserve"> </w:t>
      </w:r>
      <w:r>
        <w:t>ಚಿಕಿತ್ಸಾ</w:t>
      </w:r>
      <w:r>
        <w:t xml:space="preserve"> </w:t>
      </w:r>
      <w:r>
        <w:t>ಸೇವೆಗಳನ್ನು</w:t>
      </w:r>
      <w:r>
        <w:t xml:space="preserve"> (Auditory-Verbal Therapy – AVT) </w:t>
      </w:r>
      <w:r>
        <w:t>ಒದಗಿಸುವ</w:t>
      </w:r>
      <w:r>
        <w:t xml:space="preserve"> </w:t>
      </w:r>
      <w:r>
        <w:t>ಮೂಲಕ</w:t>
      </w:r>
      <w:r>
        <w:t xml:space="preserve">, </w:t>
      </w:r>
      <w:r>
        <w:t>ಅವರ</w:t>
      </w:r>
      <w:r>
        <w:t xml:space="preserve"> </w:t>
      </w:r>
      <w:r>
        <w:t>ಸಂವಹನ</w:t>
      </w:r>
      <w:r>
        <w:t xml:space="preserve"> </w:t>
      </w:r>
      <w:r>
        <w:t>ಕೌಶಲ್ಯಗಳನ್ನು</w:t>
      </w:r>
      <w:r>
        <w:t xml:space="preserve"> </w:t>
      </w:r>
      <w:r>
        <w:t>ಅಭಿವೃದ್ಧಿಪಡಿಸಲು</w:t>
      </w:r>
      <w:r>
        <w:t xml:space="preserve"> </w:t>
      </w:r>
      <w:r>
        <w:t>ಹಾಗ</w:t>
      </w:r>
      <w:r>
        <w:t>ೂ</w:t>
      </w:r>
      <w:r>
        <w:t xml:space="preserve"> </w:t>
      </w:r>
      <w:r>
        <w:t>ಸಾಮಾನ್ಯ</w:t>
      </w:r>
      <w:r>
        <w:t xml:space="preserve"> </w:t>
      </w:r>
      <w:r>
        <w:t>ಶಿಕ್ಷಣ</w:t>
      </w:r>
      <w:r>
        <w:t xml:space="preserve"> </w:t>
      </w:r>
      <w:r>
        <w:t>ವ್ಯವಸ್ಥೆಯಲ್ಲಿ</w:t>
      </w:r>
      <w:r>
        <w:t xml:space="preserve"> </w:t>
      </w:r>
      <w:r>
        <w:t>ಇತರ</w:t>
      </w:r>
      <w:r>
        <w:t xml:space="preserve"> </w:t>
      </w:r>
      <w:r>
        <w:t>ಮಕ್ಕಳೊಂದಿಗೆ</w:t>
      </w:r>
      <w:r>
        <w:t xml:space="preserve"> </w:t>
      </w:r>
      <w:r>
        <w:t>ಕಲಿಯಲು</w:t>
      </w:r>
      <w:r>
        <w:t xml:space="preserve"> </w:t>
      </w:r>
      <w:r>
        <w:t>ಅವಕಾಶ</w:t>
      </w:r>
      <w:r>
        <w:t xml:space="preserve"> </w:t>
      </w:r>
      <w:r>
        <w:t>ಕಲ್ಪಿಸುವ</w:t>
      </w:r>
      <w:r>
        <w:t xml:space="preserve"> </w:t>
      </w:r>
      <w:r>
        <w:t>ಉದ್ದೇಶದಿಂದ</w:t>
      </w:r>
      <w:r>
        <w:t xml:space="preserve"> </w:t>
      </w:r>
      <w:r>
        <w:t>ಕರ್ನಾಟಕ</w:t>
      </w:r>
      <w:r>
        <w:t xml:space="preserve"> </w:t>
      </w:r>
      <w:r>
        <w:t>ಸರ್ಕಾರವು</w:t>
      </w:r>
      <w:r>
        <w:t xml:space="preserve"> </w:t>
      </w:r>
      <w:r>
        <w:t>ಕಾಕ್ಲಿಯರ್</w:t>
      </w:r>
      <w:r>
        <w:t xml:space="preserve"> </w:t>
      </w:r>
      <w:r>
        <w:t>ಇಂಪ್ಲಾಂಟ್</w:t>
      </w:r>
      <w:r>
        <w:t xml:space="preserve"> </w:t>
      </w:r>
      <w:r>
        <w:t>ಕಾರ್ಯಕ್ರಮವನ್ನು</w:t>
      </w:r>
      <w:r>
        <w:t xml:space="preserve"> </w:t>
      </w:r>
      <w:r>
        <w:t>ಅನುಷ್ಠಾನಗೊಳಿಸುತ್ತಿದೆ</w:t>
      </w:r>
      <w:r>
        <w:t>.</w:t>
      </w:r>
    </w:p>
    <w:p w:rsidR="00C448D3" w:rsidRDefault="0003133C" w:rsidP="000D3B87">
      <w:pPr>
        <w:spacing w:before="160" w:after="80"/>
        <w:jc w:val="both"/>
      </w:pPr>
      <w:r>
        <w:rPr>
          <w:b/>
          <w:sz w:val="24"/>
        </w:rPr>
        <w:t xml:space="preserve">2. </w:t>
      </w:r>
      <w:r>
        <w:rPr>
          <w:b/>
          <w:sz w:val="24"/>
        </w:rPr>
        <w:t>ಕಾರ್ಯಕ್ರಮದ</w:t>
      </w:r>
      <w:r>
        <w:rPr>
          <w:b/>
          <w:sz w:val="24"/>
        </w:rPr>
        <w:t xml:space="preserve"> </w:t>
      </w:r>
      <w:r>
        <w:rPr>
          <w:b/>
          <w:sz w:val="24"/>
        </w:rPr>
        <w:t>ಸಾಧನೆಗಳು</w:t>
      </w:r>
    </w:p>
    <w:p w:rsidR="00C448D3" w:rsidRDefault="0003133C" w:rsidP="000D3B87">
      <w:pPr>
        <w:spacing w:after="100" w:line="269" w:lineRule="auto"/>
        <w:jc w:val="both"/>
      </w:pPr>
      <w:r>
        <w:t>2025–26</w:t>
      </w:r>
      <w:r>
        <w:t>ನೇ</w:t>
      </w:r>
      <w:r>
        <w:t xml:space="preserve"> </w:t>
      </w:r>
      <w:proofErr w:type="spellStart"/>
      <w:r>
        <w:t>ಆರ್ಥಿಕ</w:t>
      </w:r>
      <w:proofErr w:type="spellEnd"/>
      <w:r>
        <w:t xml:space="preserve"> </w:t>
      </w:r>
      <w:proofErr w:type="spellStart"/>
      <w:r>
        <w:t>ವರ್ಷದಲ್ಲಿ</w:t>
      </w:r>
      <w:proofErr w:type="spellEnd"/>
      <w:r>
        <w:t xml:space="preserve"> </w:t>
      </w:r>
      <w:proofErr w:type="spellStart"/>
      <w:r>
        <w:t>ಕರ್ನಾಟಕ</w:t>
      </w:r>
      <w:proofErr w:type="spellEnd"/>
      <w:r>
        <w:t xml:space="preserve"> </w:t>
      </w:r>
      <w:r>
        <w:t>ರಾಜ್ಯದಲ್ಲಿ</w:t>
      </w:r>
      <w:r w:rsidR="000D3B87">
        <w:t xml:space="preserve"> 57</w:t>
      </w:r>
      <w:r>
        <w:t xml:space="preserve">5 </w:t>
      </w:r>
      <w:r>
        <w:t>ಮಕ್ಕಳಿಗೆ</w:t>
      </w:r>
      <w:r>
        <w:t xml:space="preserve"> </w:t>
      </w:r>
      <w:r>
        <w:t>ಕಾಕ್ಲಿಯರ್</w:t>
      </w:r>
      <w:r>
        <w:t xml:space="preserve"> </w:t>
      </w:r>
      <w:r>
        <w:t>ಇಂಪ್ಲಾಂಟ್</w:t>
      </w:r>
      <w:r>
        <w:t xml:space="preserve"> </w:t>
      </w:r>
      <w:r>
        <w:t>ಶಸ್ತ್ರಚಿಕಿತ್ಸೆ</w:t>
      </w:r>
      <w:r>
        <w:t xml:space="preserve"> </w:t>
      </w:r>
      <w:proofErr w:type="spellStart"/>
      <w:r w:rsidR="000D3B87">
        <w:t>ಮಾಡಲಾಗಿದೆ</w:t>
      </w:r>
      <w:proofErr w:type="spellEnd"/>
      <w:proofErr w:type="gramStart"/>
      <w:r w:rsidR="000D3B87">
        <w:t>.</w:t>
      </w:r>
      <w:r>
        <w:t>.</w:t>
      </w:r>
      <w:proofErr w:type="gramEnd"/>
    </w:p>
    <w:p w:rsidR="00C448D3" w:rsidRDefault="0003133C" w:rsidP="000D3B87">
      <w:pPr>
        <w:spacing w:after="100" w:line="269" w:lineRule="auto"/>
        <w:jc w:val="both"/>
      </w:pPr>
      <w:r>
        <w:t>ರಾಜ್ಯದಾದ್ಯಂತ</w:t>
      </w:r>
      <w:r>
        <w:t xml:space="preserve"> </w:t>
      </w:r>
      <w:r>
        <w:t>ಶ್ರವಣ</w:t>
      </w:r>
      <w:r>
        <w:t xml:space="preserve"> </w:t>
      </w:r>
      <w:r>
        <w:t>ದೋಷವಿರುವ</w:t>
      </w:r>
      <w:r>
        <w:t xml:space="preserve"> </w:t>
      </w:r>
      <w:r>
        <w:t>ಮಕ್ಕಳಿಗೆ</w:t>
      </w:r>
      <w:r>
        <w:t xml:space="preserve"> </w:t>
      </w:r>
      <w:r>
        <w:t>ಸಕಾಲದಲ್ಲಿ</w:t>
      </w:r>
      <w:r>
        <w:t xml:space="preserve"> </w:t>
      </w:r>
      <w:r>
        <w:t>ಚಿಕಿತ್ಸಾ</w:t>
      </w:r>
      <w:r>
        <w:t xml:space="preserve"> </w:t>
      </w:r>
      <w:r>
        <w:t>ಸೇವೆಗಳನ್ನು</w:t>
      </w:r>
      <w:r>
        <w:t xml:space="preserve"> </w:t>
      </w:r>
      <w:r>
        <w:t>ಒದಗಿಸುವ</w:t>
      </w:r>
      <w:r>
        <w:t xml:space="preserve"> </w:t>
      </w:r>
      <w:r>
        <w:t>ಹಾಗೂ</w:t>
      </w:r>
      <w:r>
        <w:t xml:space="preserve"> </w:t>
      </w:r>
      <w:r>
        <w:t>ಅವರ</w:t>
      </w:r>
      <w:r>
        <w:t xml:space="preserve"> </w:t>
      </w:r>
      <w:r>
        <w:t>ಶ್ರವಣ</w:t>
      </w:r>
      <w:r>
        <w:t xml:space="preserve"> </w:t>
      </w:r>
      <w:r>
        <w:t>ಸಾ</w:t>
      </w:r>
      <w:r>
        <w:t>ಮರ್ಥ್ಯ</w:t>
      </w:r>
      <w:r>
        <w:t xml:space="preserve"> </w:t>
      </w:r>
      <w:r>
        <w:t>ಮತ್ತು</w:t>
      </w:r>
      <w:r>
        <w:t xml:space="preserve"> </w:t>
      </w:r>
      <w:r>
        <w:t>ಜೀವನದ</w:t>
      </w:r>
      <w:r>
        <w:t xml:space="preserve"> </w:t>
      </w:r>
      <w:r>
        <w:t>ಗುಣಮಟ್ಟವನ್ನು</w:t>
      </w:r>
      <w:r>
        <w:t xml:space="preserve"> </w:t>
      </w:r>
      <w:r>
        <w:t>ಸುಧಾರಿಸುವ</w:t>
      </w:r>
      <w:r>
        <w:t xml:space="preserve"> </w:t>
      </w:r>
      <w:r>
        <w:t>ನಿಟ್ಟಿನಲ್ಲಿ</w:t>
      </w:r>
      <w:r>
        <w:t xml:space="preserve"> </w:t>
      </w:r>
      <w:r>
        <w:t>ಇದು</w:t>
      </w:r>
      <w:r>
        <w:t xml:space="preserve"> </w:t>
      </w:r>
      <w:r>
        <w:t>ಮಹತ್ವದ</w:t>
      </w:r>
      <w:r>
        <w:t xml:space="preserve"> </w:t>
      </w:r>
      <w:r>
        <w:t>ಸಾಧನೆಯಾಗಿದೆ</w:t>
      </w:r>
      <w:r>
        <w:t>.</w:t>
      </w:r>
    </w:p>
    <w:p w:rsidR="00C448D3" w:rsidRDefault="0003133C" w:rsidP="000D3B87">
      <w:pPr>
        <w:spacing w:before="160" w:after="80"/>
        <w:jc w:val="both"/>
      </w:pPr>
      <w:r>
        <w:rPr>
          <w:b/>
          <w:sz w:val="24"/>
        </w:rPr>
        <w:t>3. 2026–27</w:t>
      </w:r>
      <w:r>
        <w:rPr>
          <w:b/>
          <w:sz w:val="24"/>
        </w:rPr>
        <w:t>ನೇ</w:t>
      </w:r>
      <w:r>
        <w:rPr>
          <w:b/>
          <w:sz w:val="24"/>
        </w:rPr>
        <w:t xml:space="preserve"> </w:t>
      </w:r>
      <w:r>
        <w:rPr>
          <w:b/>
          <w:sz w:val="24"/>
        </w:rPr>
        <w:t>ಆರ್ಥಿಕ</w:t>
      </w:r>
      <w:r>
        <w:rPr>
          <w:b/>
          <w:sz w:val="24"/>
        </w:rPr>
        <w:t xml:space="preserve"> </w:t>
      </w:r>
      <w:r>
        <w:rPr>
          <w:b/>
          <w:sz w:val="24"/>
        </w:rPr>
        <w:t>ವರ್ಷದ</w:t>
      </w:r>
      <w:r>
        <w:rPr>
          <w:b/>
          <w:sz w:val="24"/>
        </w:rPr>
        <w:t xml:space="preserve"> </w:t>
      </w:r>
      <w:r>
        <w:rPr>
          <w:b/>
          <w:sz w:val="24"/>
        </w:rPr>
        <w:t>ಯೋಜನೆ</w:t>
      </w:r>
    </w:p>
    <w:p w:rsidR="00C448D3" w:rsidRDefault="0003133C" w:rsidP="000D3B87">
      <w:pPr>
        <w:spacing w:after="100" w:line="269" w:lineRule="auto"/>
        <w:jc w:val="both"/>
      </w:pPr>
      <w:r>
        <w:t>ಅರ್ಹ</w:t>
      </w:r>
      <w:r>
        <w:t xml:space="preserve"> </w:t>
      </w:r>
      <w:r>
        <w:t>ಮಕ್ಕಳಿಗೆ</w:t>
      </w:r>
      <w:r>
        <w:t xml:space="preserve"> </w:t>
      </w:r>
      <w:r>
        <w:t>ನಿರಂತರವಾಗಿ</w:t>
      </w:r>
      <w:r>
        <w:t xml:space="preserve"> </w:t>
      </w:r>
      <w:r>
        <w:t>ಚಿಕಿತ್ಸಾ</w:t>
      </w:r>
      <w:r>
        <w:t xml:space="preserve"> </w:t>
      </w:r>
      <w:r>
        <w:t>ಸೇವೆಗಳನ್ನು</w:t>
      </w:r>
      <w:r>
        <w:t xml:space="preserve"> </w:t>
      </w:r>
      <w:r>
        <w:t>ಒದಗಿಸುವುದು</w:t>
      </w:r>
      <w:r>
        <w:t xml:space="preserve"> </w:t>
      </w:r>
      <w:r>
        <w:t>ಹಾಗೂ</w:t>
      </w:r>
      <w:r>
        <w:t xml:space="preserve"> </w:t>
      </w:r>
      <w:r>
        <w:t>ಅವರ</w:t>
      </w:r>
      <w:r>
        <w:t xml:space="preserve"> </w:t>
      </w:r>
      <w:r>
        <w:t>ಅಗತ್ಯಗಳನ್ನು</w:t>
      </w:r>
      <w:r>
        <w:t xml:space="preserve"> </w:t>
      </w:r>
      <w:r>
        <w:t>ಪೂರೈಸುವ</w:t>
      </w:r>
      <w:r>
        <w:t xml:space="preserve"> </w:t>
      </w:r>
      <w:r>
        <w:t>ಉದ್ದೇಶದಿಂದ</w:t>
      </w:r>
      <w:r>
        <w:t xml:space="preserve"> </w:t>
      </w:r>
      <w:r>
        <w:t>ಕರ್ನಾಟಕ</w:t>
      </w:r>
      <w:r>
        <w:t xml:space="preserve"> </w:t>
      </w:r>
      <w:r>
        <w:t>ಸರ್ಕಾರವು</w:t>
      </w:r>
      <w:r>
        <w:t xml:space="preserve"> 2026–27</w:t>
      </w:r>
      <w:r>
        <w:t>ನೇ</w:t>
      </w:r>
      <w:r>
        <w:t xml:space="preserve"> </w:t>
      </w:r>
      <w:r>
        <w:t>ಆರ್ಥಿಕ</w:t>
      </w:r>
      <w:r>
        <w:t xml:space="preserve"> </w:t>
      </w:r>
      <w:r>
        <w:t>ವರ್ಷದಲ್ಲಿ</w:t>
      </w:r>
      <w:r>
        <w:t xml:space="preserve"> </w:t>
      </w:r>
      <w:r>
        <w:t>ಕೆಳಕಂಡ</w:t>
      </w:r>
      <w:r>
        <w:t>ಂತೆ</w:t>
      </w:r>
      <w:r>
        <w:t xml:space="preserve"> </w:t>
      </w:r>
      <w:r>
        <w:t>ಯೋಜನೆ</w:t>
      </w:r>
      <w:r>
        <w:t xml:space="preserve"> </w:t>
      </w:r>
      <w:r>
        <w:t>ರೂಪಿಸಿದೆ</w:t>
      </w:r>
      <w:r>
        <w:t>.</w:t>
      </w:r>
    </w:p>
    <w:p w:rsidR="00C448D3" w:rsidRDefault="0003133C" w:rsidP="000D3B87">
      <w:pPr>
        <w:spacing w:before="160" w:after="80"/>
        <w:jc w:val="both"/>
      </w:pPr>
      <w:r>
        <w:rPr>
          <w:b/>
          <w:sz w:val="24"/>
        </w:rPr>
        <w:t>ಮೊದಲ</w:t>
      </w:r>
      <w:r>
        <w:rPr>
          <w:b/>
          <w:sz w:val="24"/>
        </w:rPr>
        <w:t xml:space="preserve"> </w:t>
      </w:r>
      <w:r>
        <w:rPr>
          <w:b/>
          <w:sz w:val="24"/>
        </w:rPr>
        <w:t>ಹಂತ</w:t>
      </w:r>
      <w:r>
        <w:rPr>
          <w:b/>
          <w:sz w:val="24"/>
        </w:rPr>
        <w:t xml:space="preserve"> – 75 </w:t>
      </w:r>
      <w:r>
        <w:rPr>
          <w:b/>
          <w:sz w:val="24"/>
        </w:rPr>
        <w:t>ಕಾಕ್ಲಿಯರ್</w:t>
      </w:r>
      <w:r>
        <w:rPr>
          <w:b/>
          <w:sz w:val="24"/>
        </w:rPr>
        <w:t xml:space="preserve"> </w:t>
      </w:r>
      <w:r>
        <w:rPr>
          <w:b/>
          <w:sz w:val="24"/>
        </w:rPr>
        <w:t>ಇಂಪ್ಲಾಂಟ್</w:t>
      </w:r>
      <w:r>
        <w:rPr>
          <w:b/>
          <w:sz w:val="24"/>
        </w:rPr>
        <w:t>‌</w:t>
      </w:r>
      <w:r>
        <w:rPr>
          <w:b/>
          <w:sz w:val="24"/>
        </w:rPr>
        <w:t>ಗಳು</w:t>
      </w:r>
    </w:p>
    <w:p w:rsidR="00C448D3" w:rsidRDefault="0003133C" w:rsidP="000D3B87">
      <w:pPr>
        <w:spacing w:after="100" w:line="269" w:lineRule="auto"/>
        <w:jc w:val="both"/>
      </w:pPr>
      <w:r>
        <w:t>ಸರ್ಕಾರದೊಂದಿಗೆ</w:t>
      </w:r>
      <w:r>
        <w:t xml:space="preserve"> </w:t>
      </w:r>
      <w:r>
        <w:t>ನೋಂದಾಯಿತ</w:t>
      </w:r>
      <w:r>
        <w:t xml:space="preserve"> </w:t>
      </w:r>
      <w:r>
        <w:t>ಹಾಗೂ</w:t>
      </w:r>
      <w:r>
        <w:t xml:space="preserve"> </w:t>
      </w:r>
      <w:r>
        <w:t>ಮಾನ್ಯತೆ</w:t>
      </w:r>
      <w:r>
        <w:t xml:space="preserve"> </w:t>
      </w:r>
      <w:r>
        <w:t>ಪಡೆದ</w:t>
      </w:r>
      <w:r>
        <w:t xml:space="preserve"> </w:t>
      </w:r>
      <w:r>
        <w:t>ಕಾಕ್ಲಿಯರ್</w:t>
      </w:r>
      <w:r>
        <w:t xml:space="preserve"> </w:t>
      </w:r>
      <w:r>
        <w:t>ಇಂಪ್ಲಾಂಟ್</w:t>
      </w:r>
      <w:r>
        <w:t xml:space="preserve"> </w:t>
      </w:r>
      <w:r>
        <w:t>ಆಸ್ಪತ್ರೆಗಳಿಗೆ</w:t>
      </w:r>
      <w:r>
        <w:t xml:space="preserve"> 75 </w:t>
      </w:r>
      <w:r>
        <w:t>ಕಾಕ್ಲಿಯರ್</w:t>
      </w:r>
      <w:r>
        <w:t xml:space="preserve"> </w:t>
      </w:r>
      <w:r>
        <w:t>ಇಂಪ್ಲಾಂಟ್</w:t>
      </w:r>
      <w:r>
        <w:t xml:space="preserve"> </w:t>
      </w:r>
      <w:r>
        <w:t>ಸಾಧನಗಳನ್ನು</w:t>
      </w:r>
      <w:r>
        <w:t xml:space="preserve"> </w:t>
      </w:r>
      <w:r>
        <w:t>ಪೂರೈಸಲು</w:t>
      </w:r>
      <w:r>
        <w:t xml:space="preserve"> </w:t>
      </w:r>
      <w:r>
        <w:t>ಯೋಜಿಸಲಾಗಿದೆ</w:t>
      </w:r>
      <w:r>
        <w:t xml:space="preserve">. </w:t>
      </w:r>
      <w:r>
        <w:t>ಈ</w:t>
      </w:r>
      <w:r>
        <w:t xml:space="preserve"> </w:t>
      </w:r>
      <w:r>
        <w:t>ಸಾಧನಗಳ</w:t>
      </w:r>
      <w:r>
        <w:t xml:space="preserve"> </w:t>
      </w:r>
      <w:r>
        <w:t>ಮೂಲಕ</w:t>
      </w:r>
      <w:r>
        <w:t xml:space="preserve"> </w:t>
      </w:r>
      <w:r>
        <w:t>ಅರ್ಹ</w:t>
      </w:r>
      <w:r>
        <w:t xml:space="preserve"> </w:t>
      </w:r>
      <w:r>
        <w:t>ಮಕ್ಕಳಿಗೆ</w:t>
      </w:r>
      <w:r>
        <w:t xml:space="preserve"> </w:t>
      </w:r>
      <w:r>
        <w:t>ಮುಂದಿನ</w:t>
      </w:r>
      <w:r>
        <w:t xml:space="preserve"> </w:t>
      </w:r>
      <w:r>
        <w:t>ಒಂದು</w:t>
      </w:r>
      <w:r>
        <w:t xml:space="preserve"> </w:t>
      </w:r>
      <w:r>
        <w:t>ಅಥವಾ</w:t>
      </w:r>
      <w:r>
        <w:t xml:space="preserve"> </w:t>
      </w:r>
      <w:r>
        <w:t>ಎರಡು</w:t>
      </w:r>
      <w:r>
        <w:t xml:space="preserve"> </w:t>
      </w:r>
      <w:r>
        <w:t>ತಿಂಗಳೊಳಗೆ</w:t>
      </w:r>
      <w:r>
        <w:t xml:space="preserve"> </w:t>
      </w:r>
      <w:r>
        <w:t>ಶಸ್ತ್ರಚಿ</w:t>
      </w:r>
      <w:r>
        <w:t>ಕಿತ್ಸೆಗಳನ್ನು</w:t>
      </w:r>
      <w:r>
        <w:t xml:space="preserve"> </w:t>
      </w:r>
      <w:r>
        <w:t>ಪೂರ್ಣಗೊಳಿಸಲು</w:t>
      </w:r>
      <w:r>
        <w:t xml:space="preserve"> </w:t>
      </w:r>
      <w:r>
        <w:t>ಉದ್ದೇಶಿಸಲಾಗಿದೆ</w:t>
      </w:r>
      <w:r>
        <w:t>.</w:t>
      </w:r>
    </w:p>
    <w:p w:rsidR="00C448D3" w:rsidRDefault="0003133C" w:rsidP="000D3B87">
      <w:pPr>
        <w:spacing w:before="160" w:after="80"/>
        <w:jc w:val="both"/>
      </w:pPr>
      <w:r>
        <w:rPr>
          <w:b/>
          <w:sz w:val="24"/>
        </w:rPr>
        <w:t>ಎ</w:t>
      </w:r>
      <w:bookmarkStart w:id="0" w:name="_GoBack"/>
      <w:bookmarkEnd w:id="0"/>
      <w:r>
        <w:rPr>
          <w:b/>
          <w:sz w:val="24"/>
        </w:rPr>
        <w:t>ರಡನೇ</w:t>
      </w:r>
      <w:r>
        <w:rPr>
          <w:b/>
          <w:sz w:val="24"/>
        </w:rPr>
        <w:t xml:space="preserve"> </w:t>
      </w:r>
      <w:r>
        <w:rPr>
          <w:b/>
          <w:sz w:val="24"/>
        </w:rPr>
        <w:t>ಹಂತ</w:t>
      </w:r>
      <w:r>
        <w:rPr>
          <w:b/>
          <w:sz w:val="24"/>
        </w:rPr>
        <w:t xml:space="preserve"> – 125 </w:t>
      </w:r>
      <w:r>
        <w:rPr>
          <w:b/>
          <w:sz w:val="24"/>
        </w:rPr>
        <w:t>ಕಾಕ್ಲಿಯರ್</w:t>
      </w:r>
      <w:r>
        <w:rPr>
          <w:b/>
          <w:sz w:val="24"/>
        </w:rPr>
        <w:t xml:space="preserve"> </w:t>
      </w:r>
      <w:r>
        <w:rPr>
          <w:b/>
          <w:sz w:val="24"/>
        </w:rPr>
        <w:t>ಇಂಪ್ಲಾಂಟ್</w:t>
      </w:r>
      <w:r>
        <w:rPr>
          <w:b/>
          <w:sz w:val="24"/>
        </w:rPr>
        <w:t>‌</w:t>
      </w:r>
      <w:r>
        <w:rPr>
          <w:b/>
          <w:sz w:val="24"/>
        </w:rPr>
        <w:t>ಗಳು</w:t>
      </w:r>
    </w:p>
    <w:p w:rsidR="00C448D3" w:rsidRDefault="0003133C" w:rsidP="000D3B87">
      <w:pPr>
        <w:spacing w:after="100" w:line="269" w:lineRule="auto"/>
        <w:jc w:val="both"/>
      </w:pPr>
      <w:r>
        <w:t>ಹೆಚ್ಚುವರಿಯಾಗಿ</w:t>
      </w:r>
      <w:r>
        <w:t xml:space="preserve"> 125 </w:t>
      </w:r>
      <w:r>
        <w:t>ಕಾಕ್ಲಿಯರ್</w:t>
      </w:r>
      <w:r>
        <w:t xml:space="preserve"> </w:t>
      </w:r>
      <w:r>
        <w:t>ಇಂಪ್ಲಾಂಟ್</w:t>
      </w:r>
      <w:r>
        <w:t xml:space="preserve"> </w:t>
      </w:r>
      <w:r>
        <w:t>ಸಾಧನಗಳ</w:t>
      </w:r>
      <w:r>
        <w:t xml:space="preserve"> </w:t>
      </w:r>
      <w:r>
        <w:t>ಖರೀದಿ</w:t>
      </w:r>
      <w:r>
        <w:t xml:space="preserve"> </w:t>
      </w:r>
      <w:r>
        <w:t>ಪ್ರಕ್ರಿಯೆಯನ್ನು</w:t>
      </w:r>
      <w:r>
        <w:t xml:space="preserve"> </w:t>
      </w:r>
      <w:r>
        <w:t>ಮುಂದಿನ</w:t>
      </w:r>
      <w:r>
        <w:t xml:space="preserve"> </w:t>
      </w:r>
      <w:r>
        <w:t>ಮೂರು</w:t>
      </w:r>
      <w:r>
        <w:t xml:space="preserve"> </w:t>
      </w:r>
      <w:r>
        <w:t>ತಿಂಗಳೊಳಗೆ</w:t>
      </w:r>
      <w:r>
        <w:t xml:space="preserve"> </w:t>
      </w:r>
      <w:r>
        <w:t>ಕೈಗೊಳ್ಳಲು</w:t>
      </w:r>
      <w:r>
        <w:t xml:space="preserve"> </w:t>
      </w:r>
      <w:r>
        <w:t>ಯೋಜಿಸಲಾಗಿದೆ</w:t>
      </w:r>
      <w:r>
        <w:t xml:space="preserve">. </w:t>
      </w:r>
      <w:r>
        <w:t>ಫಲಾನುಭವಿಗಳ</w:t>
      </w:r>
      <w:r>
        <w:t xml:space="preserve"> </w:t>
      </w:r>
      <w:r>
        <w:t>ಅರ್ಹತೆ</w:t>
      </w:r>
      <w:r>
        <w:t xml:space="preserve">, </w:t>
      </w:r>
      <w:r>
        <w:t>ಅಗತ್ಯತೆ</w:t>
      </w:r>
      <w:r>
        <w:t xml:space="preserve"> </w:t>
      </w:r>
      <w:r>
        <w:t>ಹಾಗೂ</w:t>
      </w:r>
      <w:r>
        <w:t xml:space="preserve"> </w:t>
      </w:r>
      <w:r>
        <w:t>ರೋಗಿಗಳ</w:t>
      </w:r>
      <w:r>
        <w:t xml:space="preserve"> </w:t>
      </w:r>
      <w:r>
        <w:t>ಬೇಡಿಕೆಗೆ</w:t>
      </w:r>
      <w:r>
        <w:t xml:space="preserve"> </w:t>
      </w:r>
      <w:r>
        <w:t>ಅನುಗುಣವಾಗಿ</w:t>
      </w:r>
      <w:r>
        <w:t xml:space="preserve"> </w:t>
      </w:r>
      <w:r>
        <w:t>ಈ</w:t>
      </w:r>
      <w:r>
        <w:t xml:space="preserve"> </w:t>
      </w:r>
      <w:r>
        <w:t>ಸಾ</w:t>
      </w:r>
      <w:r>
        <w:t>ಧನಗಳನ್ನು</w:t>
      </w:r>
      <w:r>
        <w:t xml:space="preserve"> </w:t>
      </w:r>
      <w:r>
        <w:t>ಮಾನ್ಯತೆ</w:t>
      </w:r>
      <w:r>
        <w:t xml:space="preserve"> </w:t>
      </w:r>
      <w:r>
        <w:t>ಪಡೆದ</w:t>
      </w:r>
      <w:r>
        <w:t xml:space="preserve"> </w:t>
      </w:r>
      <w:r>
        <w:t>ಕಾಕ್ಲಿಯರ್</w:t>
      </w:r>
      <w:r>
        <w:t xml:space="preserve"> </w:t>
      </w:r>
      <w:r>
        <w:t>ಇಂಪ್ಲಾಂಟ್</w:t>
      </w:r>
      <w:r>
        <w:t xml:space="preserve"> </w:t>
      </w:r>
      <w:r>
        <w:t>ಆಸ್ಪತ್ರೆಗಳಿಗೆ</w:t>
      </w:r>
      <w:r>
        <w:t xml:space="preserve"> </w:t>
      </w:r>
      <w:r>
        <w:t>ಪೂರೈಸಲಾಗುವುದು</w:t>
      </w:r>
      <w:r>
        <w:t>.</w:t>
      </w:r>
    </w:p>
    <w:p w:rsidR="00C448D3" w:rsidRDefault="0003133C" w:rsidP="000D3B87">
      <w:pPr>
        <w:spacing w:after="100" w:line="269" w:lineRule="auto"/>
        <w:jc w:val="both"/>
      </w:pPr>
      <w:r>
        <w:lastRenderedPageBreak/>
        <w:t>ಈ</w:t>
      </w:r>
      <w:r>
        <w:t xml:space="preserve"> </w:t>
      </w:r>
      <w:r>
        <w:t>ಮೂಲಕ</w:t>
      </w:r>
      <w:r>
        <w:t>, 2026–27</w:t>
      </w:r>
      <w:r>
        <w:t>ನೇ</w:t>
      </w:r>
      <w:r>
        <w:t xml:space="preserve"> </w:t>
      </w:r>
      <w:r>
        <w:t>ಆರ್ಥಿಕ</w:t>
      </w:r>
      <w:r>
        <w:t xml:space="preserve"> </w:t>
      </w:r>
      <w:r>
        <w:t>ವರ್ಷದಲ್ಲಿ</w:t>
      </w:r>
      <w:r>
        <w:t xml:space="preserve"> </w:t>
      </w:r>
      <w:r>
        <w:t>ಒಟ್ಟು</w:t>
      </w:r>
      <w:r>
        <w:t xml:space="preserve"> 200 </w:t>
      </w:r>
      <w:r>
        <w:t>ಹೆಚ್ಚುವರಿ</w:t>
      </w:r>
      <w:r>
        <w:t xml:space="preserve"> </w:t>
      </w:r>
      <w:r>
        <w:t>ಕಾಕ್ಲಿಯರ್</w:t>
      </w:r>
      <w:r>
        <w:t xml:space="preserve"> </w:t>
      </w:r>
      <w:r>
        <w:t>ಇಂಪ್ಲಾಂಟ್</w:t>
      </w:r>
      <w:r>
        <w:t xml:space="preserve"> </w:t>
      </w:r>
      <w:r>
        <w:t>ಸಾಧನಗಳನ್ನು</w:t>
      </w:r>
      <w:r>
        <w:t xml:space="preserve"> </w:t>
      </w:r>
      <w:r>
        <w:t>ಪೂರೈಸಲು</w:t>
      </w:r>
      <w:r>
        <w:t xml:space="preserve"> </w:t>
      </w:r>
      <w:r>
        <w:t>ಯೋಜಿಸಲಾಗಿದ್ದು</w:t>
      </w:r>
      <w:r>
        <w:t xml:space="preserve">, </w:t>
      </w:r>
      <w:r>
        <w:t>ರಾಜ್ಯದಾದ್ಯಂತ</w:t>
      </w:r>
      <w:r>
        <w:t xml:space="preserve"> </w:t>
      </w:r>
      <w:r>
        <w:t>ಅರ್ಹ</w:t>
      </w:r>
      <w:r>
        <w:t xml:space="preserve"> </w:t>
      </w:r>
      <w:r>
        <w:t>ಮಕ್ಕಳಿಗೆ</w:t>
      </w:r>
      <w:r>
        <w:t xml:space="preserve"> </w:t>
      </w:r>
      <w:r>
        <w:t>ಸಕಾಲದಲ್ಲಿ</w:t>
      </w:r>
      <w:r>
        <w:t xml:space="preserve"> </w:t>
      </w:r>
      <w:r>
        <w:t>ಶಸ್ತ್ರಚಿಕಿತ್ಸೆ</w:t>
      </w:r>
      <w:r>
        <w:t xml:space="preserve"> </w:t>
      </w:r>
      <w:r>
        <w:t>ಒದಗಿಸಲು</w:t>
      </w:r>
      <w:r>
        <w:t xml:space="preserve"> </w:t>
      </w:r>
      <w:r>
        <w:t>ಹಾಗೂ</w:t>
      </w:r>
      <w:r>
        <w:t xml:space="preserve"> </w:t>
      </w:r>
      <w:r>
        <w:t>ಚಿಕಿತ್ಸಾ</w:t>
      </w:r>
      <w:r>
        <w:t xml:space="preserve"> </w:t>
      </w:r>
      <w:r>
        <w:t>ಸೇ</w:t>
      </w:r>
      <w:r>
        <w:t>ವೆಗಳ</w:t>
      </w:r>
      <w:r>
        <w:t xml:space="preserve"> </w:t>
      </w:r>
      <w:r>
        <w:t>ನಿರಂತರತೆಯನ್ನು</w:t>
      </w:r>
      <w:r>
        <w:t xml:space="preserve"> </w:t>
      </w:r>
      <w:r>
        <w:t>ಖಚಿತಪಡಿಸಲು</w:t>
      </w:r>
      <w:r>
        <w:t xml:space="preserve"> </w:t>
      </w:r>
      <w:r>
        <w:t>ಕ್ರಮ</w:t>
      </w:r>
      <w:r>
        <w:t xml:space="preserve"> </w:t>
      </w:r>
      <w:r>
        <w:t>ಕೈಗೊಳ್ಳಲಾಗುತ್ತಿದೆ</w:t>
      </w:r>
      <w:r>
        <w:t>.</w:t>
      </w:r>
    </w:p>
    <w:p w:rsidR="00C448D3" w:rsidRDefault="0003133C" w:rsidP="000D3B87">
      <w:pPr>
        <w:spacing w:before="160" w:after="80"/>
        <w:jc w:val="both"/>
      </w:pPr>
      <w:r>
        <w:rPr>
          <w:b/>
          <w:sz w:val="24"/>
        </w:rPr>
        <w:t xml:space="preserve">4. </w:t>
      </w:r>
      <w:r>
        <w:rPr>
          <w:b/>
          <w:sz w:val="24"/>
        </w:rPr>
        <w:t>ಪುನರ್ವಸತಿ</w:t>
      </w:r>
      <w:r>
        <w:rPr>
          <w:b/>
          <w:sz w:val="24"/>
        </w:rPr>
        <w:t xml:space="preserve"> </w:t>
      </w:r>
      <w:r>
        <w:rPr>
          <w:b/>
          <w:sz w:val="24"/>
        </w:rPr>
        <w:t>ಮತ್ತು</w:t>
      </w:r>
      <w:r>
        <w:rPr>
          <w:b/>
          <w:sz w:val="24"/>
        </w:rPr>
        <w:t xml:space="preserve"> </w:t>
      </w:r>
      <w:r>
        <w:rPr>
          <w:b/>
          <w:sz w:val="24"/>
        </w:rPr>
        <w:t>ನಿರಂತರ</w:t>
      </w:r>
      <w:r>
        <w:rPr>
          <w:b/>
          <w:sz w:val="24"/>
        </w:rPr>
        <w:t xml:space="preserve"> </w:t>
      </w:r>
      <w:r>
        <w:rPr>
          <w:b/>
          <w:sz w:val="24"/>
        </w:rPr>
        <w:t>ಅನುಸರಣೆ</w:t>
      </w:r>
    </w:p>
    <w:p w:rsidR="00C448D3" w:rsidRDefault="0003133C" w:rsidP="000D3B87">
      <w:pPr>
        <w:spacing w:after="100" w:line="269" w:lineRule="auto"/>
        <w:jc w:val="both"/>
      </w:pPr>
      <w:r>
        <w:t>ಈ</w:t>
      </w:r>
      <w:r>
        <w:t xml:space="preserve"> </w:t>
      </w:r>
      <w:r>
        <w:t>ಕಾರ್ಯಕ್ರಮದಡಿ</w:t>
      </w:r>
      <w:r>
        <w:t xml:space="preserve"> </w:t>
      </w:r>
      <w:r>
        <w:t>ಫಲಾನುಭವಿಗಳ</w:t>
      </w:r>
      <w:r>
        <w:t xml:space="preserve"> </w:t>
      </w:r>
      <w:r>
        <w:t>ತಪಾಸಣೆ</w:t>
      </w:r>
      <w:r>
        <w:t xml:space="preserve">, </w:t>
      </w:r>
      <w:r>
        <w:t>ಶ್ರವಣ</w:t>
      </w:r>
      <w:r>
        <w:t xml:space="preserve"> </w:t>
      </w:r>
      <w:r>
        <w:t>ಸಾಮರ್ಥ್ಯದ</w:t>
      </w:r>
      <w:r>
        <w:t xml:space="preserve"> </w:t>
      </w:r>
      <w:r>
        <w:t>ಮೌಲ್ಯಮಾಪನ</w:t>
      </w:r>
      <w:r>
        <w:t xml:space="preserve">, </w:t>
      </w:r>
      <w:r>
        <w:t>ಅರ್ಹತೆಯ</w:t>
      </w:r>
      <w:r>
        <w:t xml:space="preserve"> </w:t>
      </w:r>
      <w:r>
        <w:t>ಪರಿಶೀಲನೆ</w:t>
      </w:r>
      <w:r>
        <w:t xml:space="preserve">, </w:t>
      </w:r>
      <w:r>
        <w:t>ಕಾಕ್ಲಿಯರ್</w:t>
      </w:r>
      <w:r>
        <w:t xml:space="preserve"> </w:t>
      </w:r>
      <w:r>
        <w:t>ಇಂಪ್ಲಾಂಟ್</w:t>
      </w:r>
      <w:r>
        <w:t xml:space="preserve"> </w:t>
      </w:r>
      <w:r>
        <w:t>ಶಸ್ತ್ರಚಿಕಿತ್ಸೆ</w:t>
      </w:r>
      <w:r>
        <w:t xml:space="preserve">, </w:t>
      </w:r>
      <w:r>
        <w:t>ಶಸ್ತ್ರಚಿಕಿತ್ಸೆಯ</w:t>
      </w:r>
      <w:r>
        <w:t xml:space="preserve"> </w:t>
      </w:r>
      <w:r>
        <w:t>ನಂತರ</w:t>
      </w:r>
      <w:r>
        <w:t xml:space="preserve"> </w:t>
      </w:r>
      <w:r>
        <w:t>ಸಾಧನವನ್ನು</w:t>
      </w:r>
      <w:r>
        <w:t xml:space="preserve"> </w:t>
      </w:r>
      <w:r>
        <w:t>ಸಕ್ರಿಯಗೊಳಿಸುವಿಕೆ</w:t>
      </w:r>
      <w:r>
        <w:t xml:space="preserve"> </w:t>
      </w:r>
      <w:r>
        <w:t>ಮತ್ತು</w:t>
      </w:r>
      <w:r>
        <w:t xml:space="preserve"> </w:t>
      </w:r>
      <w:r>
        <w:t>ಅದರ</w:t>
      </w:r>
      <w:r>
        <w:t xml:space="preserve"> </w:t>
      </w:r>
      <w:r>
        <w:t>ಸೂಕ್ತ</w:t>
      </w:r>
      <w:r>
        <w:t xml:space="preserve"> </w:t>
      </w:r>
      <w:r>
        <w:t>ಹೊಂದಾಣಿಕೆ</w:t>
      </w:r>
      <w:r>
        <w:t xml:space="preserve"> (Device Activation and Mapping), </w:t>
      </w:r>
      <w:r>
        <w:t>ಹಾಗೂ</w:t>
      </w:r>
      <w:r>
        <w:t xml:space="preserve"> </w:t>
      </w:r>
      <w:r>
        <w:t>ವ್ಯವಸ್ಥಿತ</w:t>
      </w:r>
      <w:r>
        <w:t xml:space="preserve"> </w:t>
      </w:r>
      <w:r>
        <w:t>ಶ್ರವಣ</w:t>
      </w:r>
      <w:r>
        <w:t>-</w:t>
      </w:r>
      <w:r>
        <w:t>ಮೌಖಿಕ</w:t>
      </w:r>
      <w:r>
        <w:t xml:space="preserve"> </w:t>
      </w:r>
      <w:r>
        <w:t>ಚಿಕಿತ್ಸಾ</w:t>
      </w:r>
      <w:r>
        <w:t xml:space="preserve"> </w:t>
      </w:r>
      <w:r>
        <w:t>ಸೇವೆಗಳನ್ನು</w:t>
      </w:r>
      <w:r>
        <w:t xml:space="preserve"> (Auditory-Verbal Therapy – AVT) </w:t>
      </w:r>
      <w:r>
        <w:t>ಒಳಗೊಂಡ</w:t>
      </w:r>
      <w:r>
        <w:t xml:space="preserve"> </w:t>
      </w:r>
      <w:r>
        <w:t>ಸಮಗ್ರ</w:t>
      </w:r>
      <w:r>
        <w:t xml:space="preserve"> </w:t>
      </w:r>
      <w:r>
        <w:t>ಆರೈಕೆಯನ್ನು</w:t>
      </w:r>
      <w:r>
        <w:t xml:space="preserve"> </w:t>
      </w:r>
      <w:r>
        <w:t>ಒದಗಿಸಲಾಗುತ್ತದೆ</w:t>
      </w:r>
      <w:r>
        <w:t>.</w:t>
      </w:r>
    </w:p>
    <w:p w:rsidR="00C448D3" w:rsidRDefault="0003133C" w:rsidP="000D3B87">
      <w:pPr>
        <w:spacing w:after="100" w:line="269" w:lineRule="auto"/>
        <w:jc w:val="both"/>
      </w:pPr>
      <w:r>
        <w:t>ಮಕ್ಕಳ</w:t>
      </w:r>
      <w:r>
        <w:t xml:space="preserve"> </w:t>
      </w:r>
      <w:r>
        <w:t>ಮಾತು</w:t>
      </w:r>
      <w:r>
        <w:t xml:space="preserve"> </w:t>
      </w:r>
      <w:r>
        <w:t>ಮತ್ತು</w:t>
      </w:r>
      <w:r>
        <w:t xml:space="preserve"> </w:t>
      </w:r>
      <w:r>
        <w:t>ಭಾಷಾ</w:t>
      </w:r>
      <w:r>
        <w:t xml:space="preserve"> </w:t>
      </w:r>
      <w:r>
        <w:t>ಬೆಳವಣಿಗೆಯನ್ನು</w:t>
      </w:r>
      <w:r>
        <w:t xml:space="preserve"> </w:t>
      </w:r>
      <w:r>
        <w:t>ಸುಧಾರಿಸಲು</w:t>
      </w:r>
      <w:r>
        <w:t xml:space="preserve"> </w:t>
      </w:r>
      <w:r>
        <w:t>ಹಾಗೂ</w:t>
      </w:r>
      <w:r>
        <w:t xml:space="preserve"> </w:t>
      </w:r>
      <w:r>
        <w:t>ಕಾಕ್ಲಿಯರ್</w:t>
      </w:r>
      <w:r>
        <w:t xml:space="preserve"> </w:t>
      </w:r>
      <w:r>
        <w:t>ಇಂಪ್ಲಾಂಟ್</w:t>
      </w:r>
      <w:r>
        <w:t>‌</w:t>
      </w:r>
      <w:r>
        <w:t>ನಿಂದ</w:t>
      </w:r>
      <w:r>
        <w:t xml:space="preserve"> </w:t>
      </w:r>
      <w:r>
        <w:t>ಗರಿಷ್ಠ</w:t>
      </w:r>
      <w:r>
        <w:t xml:space="preserve"> </w:t>
      </w:r>
      <w:r>
        <w:t>ಪ್ರಯೋಜನ</w:t>
      </w:r>
      <w:r>
        <w:t xml:space="preserve"> </w:t>
      </w:r>
      <w:r>
        <w:t>ಪಡೆಯಲು</w:t>
      </w:r>
      <w:r>
        <w:t xml:space="preserve"> </w:t>
      </w:r>
      <w:r>
        <w:t>ನಿಯಮಿತ</w:t>
      </w:r>
      <w:r>
        <w:t xml:space="preserve"> </w:t>
      </w:r>
      <w:r>
        <w:t>ಅನುಸರಣೆ</w:t>
      </w:r>
      <w:r>
        <w:t xml:space="preserve">, </w:t>
      </w:r>
      <w:r>
        <w:t>ಪೋಷಕರಿಗೆ</w:t>
      </w:r>
      <w:r>
        <w:t xml:space="preserve"> </w:t>
      </w:r>
      <w:r>
        <w:t>ಸಮಾಲೋಚನೆ</w:t>
      </w:r>
      <w:r>
        <w:t xml:space="preserve"> </w:t>
      </w:r>
      <w:r>
        <w:t>ಮತ್ತು</w:t>
      </w:r>
      <w:r>
        <w:t xml:space="preserve"> </w:t>
      </w:r>
      <w:r>
        <w:t>ನಿರಂತರ</w:t>
      </w:r>
      <w:r>
        <w:t xml:space="preserve"> </w:t>
      </w:r>
      <w:r>
        <w:t>ಪುನರ್ವಸತಿ</w:t>
      </w:r>
      <w:r>
        <w:t xml:space="preserve"> </w:t>
      </w:r>
      <w:r>
        <w:t>ಸೇವೆಗಳು</w:t>
      </w:r>
      <w:r>
        <w:t xml:space="preserve"> </w:t>
      </w:r>
      <w:r>
        <w:t>ಅತ್ಯಂತ</w:t>
      </w:r>
      <w:r>
        <w:t xml:space="preserve"> </w:t>
      </w:r>
      <w:r>
        <w:t>ಮಹತ್ವದ್ದಾಗಿವೆ</w:t>
      </w:r>
      <w:r>
        <w:t>.</w:t>
      </w:r>
    </w:p>
    <w:p w:rsidR="00C448D3" w:rsidRDefault="0003133C" w:rsidP="000D3B87">
      <w:pPr>
        <w:spacing w:before="160" w:after="80"/>
        <w:jc w:val="both"/>
      </w:pPr>
      <w:r>
        <w:rPr>
          <w:b/>
          <w:sz w:val="24"/>
        </w:rPr>
        <w:t xml:space="preserve">5. </w:t>
      </w:r>
      <w:r>
        <w:rPr>
          <w:b/>
          <w:sz w:val="24"/>
        </w:rPr>
        <w:t>ನಿರೀಕ್ಷಿತ</w:t>
      </w:r>
      <w:r>
        <w:rPr>
          <w:b/>
          <w:sz w:val="24"/>
        </w:rPr>
        <w:t xml:space="preserve"> </w:t>
      </w:r>
      <w:r>
        <w:rPr>
          <w:b/>
          <w:sz w:val="24"/>
        </w:rPr>
        <w:t>ಫಲಿತಾಂಶಗಳು</w:t>
      </w:r>
    </w:p>
    <w:p w:rsidR="00C448D3" w:rsidRDefault="0003133C" w:rsidP="000D3B87">
      <w:pPr>
        <w:spacing w:after="100" w:line="269" w:lineRule="auto"/>
        <w:jc w:val="both"/>
      </w:pPr>
      <w:r>
        <w:t>ಈ</w:t>
      </w:r>
      <w:r>
        <w:t xml:space="preserve"> </w:t>
      </w:r>
      <w:r>
        <w:t>ಕಾರ್ಯಕ್ರಮದ</w:t>
      </w:r>
      <w:r>
        <w:t xml:space="preserve"> </w:t>
      </w:r>
      <w:r>
        <w:t>ಪ್ರಮುಖ</w:t>
      </w:r>
      <w:r>
        <w:t xml:space="preserve"> </w:t>
      </w:r>
      <w:r>
        <w:t>ಉದ್ದೇಶಗಳು</w:t>
      </w:r>
      <w:r>
        <w:t xml:space="preserve"> </w:t>
      </w:r>
      <w:r>
        <w:t>ಕೆಳಕಂಡಂತಿವೆ</w:t>
      </w:r>
      <w:r>
        <w:t>:</w:t>
      </w:r>
    </w:p>
    <w:p w:rsidR="00C448D3" w:rsidRDefault="0003133C" w:rsidP="000D3B87">
      <w:pPr>
        <w:pStyle w:val="ListBullet"/>
        <w:spacing w:after="40"/>
        <w:jc w:val="both"/>
      </w:pPr>
      <w:r>
        <w:t>ಅರ್ಹ</w:t>
      </w:r>
      <w:r>
        <w:t xml:space="preserve"> </w:t>
      </w:r>
      <w:r>
        <w:t>ಮಕ್ಕಳಿಗೆ</w:t>
      </w:r>
      <w:r>
        <w:t xml:space="preserve"> </w:t>
      </w:r>
      <w:r>
        <w:t>ಕಾಕ್ಲಿಯರ್</w:t>
      </w:r>
      <w:r>
        <w:t xml:space="preserve"> </w:t>
      </w:r>
      <w:r>
        <w:t>ಇಂಪ್ಲಾಂಟ್</w:t>
      </w:r>
      <w:r>
        <w:t xml:space="preserve"> </w:t>
      </w:r>
      <w:r>
        <w:t>ಚಿಕಿತ್ಸೆಯ</w:t>
      </w:r>
      <w:r>
        <w:t xml:space="preserve"> </w:t>
      </w:r>
      <w:r>
        <w:t>ಲಭ್ಯತೆಯನ್ನು</w:t>
      </w:r>
      <w:r>
        <w:t xml:space="preserve"> </w:t>
      </w:r>
      <w:r>
        <w:t>ಹೆಚ್ಚಿಸುವುದು</w:t>
      </w:r>
      <w:r>
        <w:t>.</w:t>
      </w:r>
    </w:p>
    <w:p w:rsidR="00C448D3" w:rsidRDefault="0003133C" w:rsidP="000D3B87">
      <w:pPr>
        <w:pStyle w:val="ListBullet"/>
        <w:spacing w:after="40"/>
        <w:jc w:val="both"/>
      </w:pPr>
      <w:r>
        <w:t>ಮಕ್ಕಳಲ್ಲಿ</w:t>
      </w:r>
      <w:r>
        <w:t xml:space="preserve"> </w:t>
      </w:r>
      <w:r>
        <w:t>ಆರಂಭಿಕ</w:t>
      </w:r>
      <w:r>
        <w:t xml:space="preserve"> </w:t>
      </w:r>
      <w:r>
        <w:t>ಹಂತದಲ್ಲಿಯೇ</w:t>
      </w:r>
      <w:r>
        <w:t xml:space="preserve"> </w:t>
      </w:r>
      <w:r>
        <w:t>ಮಾತು</w:t>
      </w:r>
      <w:r>
        <w:t xml:space="preserve"> </w:t>
      </w:r>
      <w:r>
        <w:t>ಮತ್ತು</w:t>
      </w:r>
      <w:r>
        <w:t xml:space="preserve"> </w:t>
      </w:r>
      <w:r>
        <w:t>ಭಾಷಾ</w:t>
      </w:r>
      <w:r>
        <w:t xml:space="preserve"> </w:t>
      </w:r>
      <w:r>
        <w:t>ಬೆಳವಣಿಗೆಗೆ</w:t>
      </w:r>
      <w:r>
        <w:t xml:space="preserve"> </w:t>
      </w:r>
      <w:r>
        <w:t>ಉತ್ತೇಜನ</w:t>
      </w:r>
      <w:r>
        <w:t xml:space="preserve"> </w:t>
      </w:r>
      <w:r>
        <w:t>ನೀಡುವುದು</w:t>
      </w:r>
      <w:r>
        <w:t>.</w:t>
      </w:r>
    </w:p>
    <w:p w:rsidR="00C448D3" w:rsidRDefault="0003133C" w:rsidP="000D3B87">
      <w:pPr>
        <w:pStyle w:val="ListBullet"/>
        <w:spacing w:after="40"/>
        <w:jc w:val="both"/>
      </w:pPr>
      <w:r>
        <w:t>ಮಕ್ಕಳ</w:t>
      </w:r>
      <w:r>
        <w:t xml:space="preserve"> </w:t>
      </w:r>
      <w:r>
        <w:t>ಶ್ರವಣ</w:t>
      </w:r>
      <w:r>
        <w:t xml:space="preserve"> </w:t>
      </w:r>
      <w:r>
        <w:t>ಸಾಮರ್ಥ್ಯ</w:t>
      </w:r>
      <w:r>
        <w:t xml:space="preserve"> </w:t>
      </w:r>
      <w:r>
        <w:t>ಹಾಗೂ</w:t>
      </w:r>
      <w:r>
        <w:t xml:space="preserve"> </w:t>
      </w:r>
      <w:r>
        <w:t>ಸಂವಹನ</w:t>
      </w:r>
      <w:r>
        <w:t xml:space="preserve"> </w:t>
      </w:r>
      <w:r>
        <w:t>ಕೌಶಲ್ಯಗಳನ್ನು</w:t>
      </w:r>
      <w:r>
        <w:t xml:space="preserve"> </w:t>
      </w:r>
      <w:r>
        <w:t>ಸುಧಾರಿಸುವುದು</w:t>
      </w:r>
      <w:r>
        <w:t>.</w:t>
      </w:r>
    </w:p>
    <w:p w:rsidR="00C448D3" w:rsidRDefault="0003133C" w:rsidP="000D3B87">
      <w:pPr>
        <w:pStyle w:val="ListBullet"/>
        <w:spacing w:after="40"/>
        <w:jc w:val="both"/>
      </w:pPr>
      <w:r>
        <w:t>ಶ್ರವಣ</w:t>
      </w:r>
      <w:r>
        <w:t xml:space="preserve"> </w:t>
      </w:r>
      <w:r>
        <w:t>ದೋಷವಿರುವ</w:t>
      </w:r>
      <w:r>
        <w:t xml:space="preserve"> </w:t>
      </w:r>
      <w:r>
        <w:t>ಮಕ್ಕಳಿಗೆ</w:t>
      </w:r>
      <w:r>
        <w:t xml:space="preserve"> </w:t>
      </w:r>
      <w:r>
        <w:t>ಶೈಕ್ಷಣಿಕ</w:t>
      </w:r>
      <w:r>
        <w:t xml:space="preserve"> </w:t>
      </w:r>
      <w:r>
        <w:t>ಅವಕಾಶಗಳನ್ನು</w:t>
      </w:r>
      <w:r>
        <w:t xml:space="preserve"> </w:t>
      </w:r>
      <w:r>
        <w:t>ಹೆಚ್ಚಿಸಿ</w:t>
      </w:r>
      <w:r>
        <w:t xml:space="preserve">, </w:t>
      </w:r>
      <w:r>
        <w:t>ಸಾಮಾಜಿಕ</w:t>
      </w:r>
      <w:r>
        <w:t xml:space="preserve"> </w:t>
      </w:r>
      <w:r>
        <w:t>ಒಳಗೊಳ್ಳುವಿಕೆಯನ್ನು</w:t>
      </w:r>
      <w:r>
        <w:t xml:space="preserve"> </w:t>
      </w:r>
      <w:r>
        <w:t>ಉತ್ತೇಜಿಸುವುದು</w:t>
      </w:r>
      <w:r>
        <w:t>.</w:t>
      </w:r>
    </w:p>
    <w:p w:rsidR="00C448D3" w:rsidRDefault="0003133C" w:rsidP="000D3B87">
      <w:pPr>
        <w:pStyle w:val="ListBullet"/>
        <w:spacing w:after="40"/>
        <w:jc w:val="both"/>
      </w:pPr>
      <w:r>
        <w:t>ಮಾನ್ಯತೆ</w:t>
      </w:r>
      <w:r>
        <w:t xml:space="preserve"> </w:t>
      </w:r>
      <w:r>
        <w:t>ಪಡೆದ</w:t>
      </w:r>
      <w:r>
        <w:t xml:space="preserve"> </w:t>
      </w:r>
      <w:r>
        <w:t>ಆಸ್ಪತ್ರೆಗಳಿಗೆ</w:t>
      </w:r>
      <w:r>
        <w:t xml:space="preserve"> </w:t>
      </w:r>
      <w:r>
        <w:t>ಕಾಕ್ಲಿಯರ್</w:t>
      </w:r>
      <w:r>
        <w:t xml:space="preserve"> </w:t>
      </w:r>
      <w:r>
        <w:t>ಇಂಪ್ಲಾಂಟ</w:t>
      </w:r>
      <w:r>
        <w:t>್</w:t>
      </w:r>
      <w:r>
        <w:t xml:space="preserve"> </w:t>
      </w:r>
      <w:r>
        <w:t>ಸಾಧನಗಳನ್ನು</w:t>
      </w:r>
      <w:r>
        <w:t xml:space="preserve"> </w:t>
      </w:r>
      <w:r>
        <w:t>ಸಕಾಲದಲ್ಲಿ</w:t>
      </w:r>
      <w:r>
        <w:t xml:space="preserve"> </w:t>
      </w:r>
      <w:r>
        <w:t>ಪೂರೈಸುವ</w:t>
      </w:r>
      <w:r>
        <w:t xml:space="preserve"> </w:t>
      </w:r>
      <w:r>
        <w:t>ಮೂಲಕ</w:t>
      </w:r>
      <w:r>
        <w:t xml:space="preserve"> </w:t>
      </w:r>
      <w:r>
        <w:t>ಚಿಕಿತ್ಸಾ</w:t>
      </w:r>
      <w:r>
        <w:t xml:space="preserve"> </w:t>
      </w:r>
      <w:r>
        <w:t>ಸೇವೆಗಳ</w:t>
      </w:r>
      <w:r>
        <w:t xml:space="preserve"> </w:t>
      </w:r>
      <w:r>
        <w:t>ನಿರಂತರತೆಯನ್ನು</w:t>
      </w:r>
      <w:r>
        <w:t xml:space="preserve"> </w:t>
      </w:r>
      <w:r>
        <w:t>ಖಚಿತಪಡಿಸುವುದು</w:t>
      </w:r>
      <w:r>
        <w:t>.</w:t>
      </w:r>
    </w:p>
    <w:p w:rsidR="00C448D3" w:rsidRDefault="0003133C" w:rsidP="000D3B87">
      <w:pPr>
        <w:pStyle w:val="ListBullet"/>
        <w:spacing w:after="40"/>
        <w:jc w:val="both"/>
      </w:pPr>
      <w:r>
        <w:t>ಅರ್ಹ</w:t>
      </w:r>
      <w:r>
        <w:t xml:space="preserve"> </w:t>
      </w:r>
      <w:r>
        <w:t>ಮಕ್ಕಳಿಗೆ</w:t>
      </w:r>
      <w:r>
        <w:t xml:space="preserve"> </w:t>
      </w:r>
      <w:r>
        <w:t>ಅವರ</w:t>
      </w:r>
      <w:r>
        <w:t xml:space="preserve"> </w:t>
      </w:r>
      <w:r>
        <w:t>ಅಗತ್ಯಗಳಿಗೆ</w:t>
      </w:r>
      <w:r>
        <w:t xml:space="preserve"> </w:t>
      </w:r>
      <w:r>
        <w:t>ಅನುಗುಣವಾಗಿ</w:t>
      </w:r>
      <w:r>
        <w:t xml:space="preserve"> </w:t>
      </w:r>
      <w:r>
        <w:t>ಸಕಾಲದಲ್ಲಿ</w:t>
      </w:r>
      <w:r>
        <w:t xml:space="preserve"> </w:t>
      </w:r>
      <w:r>
        <w:t>ಶಸ್ತ್ರಚಿಕಿತ್ಸೆ</w:t>
      </w:r>
      <w:r>
        <w:t xml:space="preserve"> </w:t>
      </w:r>
      <w:r>
        <w:t>ಮತ್ತು</w:t>
      </w:r>
      <w:r>
        <w:t xml:space="preserve"> </w:t>
      </w:r>
      <w:r>
        <w:t>ನಂತರದ</w:t>
      </w:r>
      <w:r>
        <w:t xml:space="preserve"> </w:t>
      </w:r>
      <w:r>
        <w:t>ಪುನರ್ವಸತಿ</w:t>
      </w:r>
      <w:r>
        <w:t xml:space="preserve"> </w:t>
      </w:r>
      <w:r>
        <w:t>ಸೇವೆಗಳನ್ನು</w:t>
      </w:r>
      <w:r>
        <w:t xml:space="preserve"> </w:t>
      </w:r>
      <w:r>
        <w:t>ಒದಗಿಸುವುದು</w:t>
      </w:r>
      <w:r>
        <w:t>.</w:t>
      </w:r>
    </w:p>
    <w:p w:rsidR="00C448D3" w:rsidRDefault="0003133C" w:rsidP="000D3B87">
      <w:pPr>
        <w:spacing w:before="100" w:after="160"/>
        <w:jc w:val="both"/>
      </w:pPr>
      <w:r>
        <w:t>ಈ</w:t>
      </w:r>
      <w:r>
        <w:t xml:space="preserve"> </w:t>
      </w:r>
      <w:r>
        <w:t>ಕ್ರಮಗಳ</w:t>
      </w:r>
      <w:r>
        <w:t xml:space="preserve"> </w:t>
      </w:r>
      <w:r>
        <w:t>ಮೂಲಕ</w:t>
      </w:r>
      <w:r>
        <w:t xml:space="preserve"> </w:t>
      </w:r>
      <w:r>
        <w:t>ಶ್ರವಣ</w:t>
      </w:r>
      <w:r>
        <w:t xml:space="preserve"> </w:t>
      </w:r>
      <w:r>
        <w:t>ದೋಷವಿರುವ</w:t>
      </w:r>
      <w:r>
        <w:t xml:space="preserve"> </w:t>
      </w:r>
      <w:r>
        <w:t>ಮಕ್ಕಳಿಗೆ</w:t>
      </w:r>
      <w:r>
        <w:t xml:space="preserve"> </w:t>
      </w:r>
      <w:r>
        <w:t>ಉತ್ತಮ</w:t>
      </w:r>
      <w:r>
        <w:t xml:space="preserve"> </w:t>
      </w:r>
      <w:r>
        <w:t>ಭವಿಷ್ಯವನ್ನು</w:t>
      </w:r>
      <w:r>
        <w:t xml:space="preserve"> </w:t>
      </w:r>
      <w:r>
        <w:t>ರೂಪಿಸಲು</w:t>
      </w:r>
      <w:r>
        <w:t xml:space="preserve"> </w:t>
      </w:r>
      <w:r>
        <w:t>ಹಾಗೂ</w:t>
      </w:r>
      <w:r>
        <w:t xml:space="preserve"> </w:t>
      </w:r>
      <w:r>
        <w:t>ಅವರು</w:t>
      </w:r>
      <w:r>
        <w:t xml:space="preserve"> </w:t>
      </w:r>
      <w:r>
        <w:t>ಶೈಕ್ಷಣಿಕ</w:t>
      </w:r>
      <w:r>
        <w:t xml:space="preserve">, </w:t>
      </w:r>
      <w:r>
        <w:t>ಸಾಮಾಜಿಕ</w:t>
      </w:r>
      <w:r>
        <w:t xml:space="preserve"> </w:t>
      </w:r>
      <w:r>
        <w:t>ಮತ್ತು</w:t>
      </w:r>
      <w:r>
        <w:t xml:space="preserve"> </w:t>
      </w:r>
      <w:r>
        <w:t>ಸಂವಹನ</w:t>
      </w:r>
      <w:r>
        <w:t xml:space="preserve"> </w:t>
      </w:r>
      <w:r>
        <w:t>ಕ್ಷೇತ್ರಗಳಲ್ಲಿ</w:t>
      </w:r>
      <w:r>
        <w:t xml:space="preserve"> </w:t>
      </w:r>
      <w:r>
        <w:t>ಇತರ</w:t>
      </w:r>
      <w:r>
        <w:t xml:space="preserve"> </w:t>
      </w:r>
      <w:r>
        <w:t>ಮಕ್ಕಳಂತೆ</w:t>
      </w:r>
      <w:r>
        <w:t xml:space="preserve"> </w:t>
      </w:r>
      <w:r>
        <w:t>ಸಮಾನ</w:t>
      </w:r>
      <w:r>
        <w:t xml:space="preserve"> </w:t>
      </w:r>
      <w:r>
        <w:t>ಅವಕಾಶಗಳನ್ನು</w:t>
      </w:r>
      <w:r>
        <w:t xml:space="preserve"> </w:t>
      </w:r>
      <w:r>
        <w:t>ಪಡೆಯಲು</w:t>
      </w:r>
      <w:r>
        <w:t xml:space="preserve"> </w:t>
      </w:r>
      <w:r>
        <w:t>ನೆರವಾಗುವುದು</w:t>
      </w:r>
      <w:r>
        <w:t xml:space="preserve"> </w:t>
      </w:r>
      <w:r>
        <w:t>ಕಾರ್ಯಕ್ರಮದ</w:t>
      </w:r>
      <w:r>
        <w:t xml:space="preserve"> </w:t>
      </w:r>
      <w:r>
        <w:t>ಉದ್ದೇಶವಾಗಿದೆ</w:t>
      </w:r>
      <w:r>
        <w:t>.</w:t>
      </w:r>
    </w:p>
    <w:p w:rsidR="00C448D3" w:rsidRDefault="0003133C" w:rsidP="000D3B87">
      <w:proofErr w:type="spellStart"/>
      <w:r>
        <w:rPr>
          <w:b/>
        </w:rPr>
        <w:t>ಅನುಷ್ಠಾನ</w:t>
      </w:r>
      <w:proofErr w:type="spellEnd"/>
      <w:r w:rsidR="000D3B87">
        <w:rPr>
          <w:b/>
        </w:rPr>
        <w:t xml:space="preserve"> </w:t>
      </w:r>
      <w:proofErr w:type="spellStart"/>
      <w:r>
        <w:rPr>
          <w:b/>
        </w:rPr>
        <w:t>ಇಲಾಖೆ</w:t>
      </w:r>
      <w:proofErr w:type="spellEnd"/>
      <w:r>
        <w:rPr>
          <w:b/>
        </w:rPr>
        <w:t>:</w:t>
      </w:r>
      <w:r w:rsidR="000D3B87">
        <w:t xml:space="preserve"> </w:t>
      </w:r>
      <w:proofErr w:type="spellStart"/>
      <w:r>
        <w:t>ಆರೋಗ್ಯ</w:t>
      </w:r>
      <w:proofErr w:type="spellEnd"/>
      <w:r>
        <w:t xml:space="preserve"> </w:t>
      </w:r>
      <w:proofErr w:type="spellStart"/>
      <w:r>
        <w:t>ಮತ್ತು</w:t>
      </w:r>
      <w:proofErr w:type="spellEnd"/>
      <w:r>
        <w:t xml:space="preserve"> </w:t>
      </w:r>
      <w:proofErr w:type="spellStart"/>
      <w:r>
        <w:t>ಕುಟುಂಬ</w:t>
      </w:r>
      <w:proofErr w:type="spellEnd"/>
      <w:r>
        <w:t xml:space="preserve"> </w:t>
      </w:r>
      <w:proofErr w:type="spellStart"/>
      <w:r>
        <w:t>ಕಲ್ಯಾಣ</w:t>
      </w:r>
      <w:proofErr w:type="spellEnd"/>
      <w:r>
        <w:t xml:space="preserve"> </w:t>
      </w:r>
      <w:proofErr w:type="spellStart"/>
      <w:r>
        <w:t>ಸೇವೆಗಳ</w:t>
      </w:r>
      <w:proofErr w:type="spellEnd"/>
      <w:r>
        <w:t xml:space="preserve"> </w:t>
      </w:r>
      <w:proofErr w:type="spellStart"/>
      <w:r>
        <w:t>ಇಲಾಖೆ</w:t>
      </w:r>
      <w:proofErr w:type="spellEnd"/>
      <w:r w:rsidR="000D3B87">
        <w:t xml:space="preserve">, </w:t>
      </w:r>
      <w:proofErr w:type="spellStart"/>
      <w:r>
        <w:t>ಕರ್ನಾಟಕ</w:t>
      </w:r>
      <w:proofErr w:type="spellEnd"/>
      <w:r>
        <w:t xml:space="preserve"> </w:t>
      </w:r>
      <w:proofErr w:type="spellStart"/>
      <w:r>
        <w:t>ಸರ್ಕಾರ</w:t>
      </w:r>
      <w:proofErr w:type="spellEnd"/>
      <w:r>
        <w:t>.</w:t>
      </w:r>
    </w:p>
    <w:sectPr w:rsidR="00C448D3" w:rsidSect="000D3B87">
      <w:pgSz w:w="12240" w:h="15840"/>
      <w:pgMar w:top="426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133C"/>
    <w:rsid w:val="00034616"/>
    <w:rsid w:val="0006063C"/>
    <w:rsid w:val="000D3B87"/>
    <w:rsid w:val="0015074B"/>
    <w:rsid w:val="0029639D"/>
    <w:rsid w:val="00326F90"/>
    <w:rsid w:val="00AA1D8D"/>
    <w:rsid w:val="00B47730"/>
    <w:rsid w:val="00C448D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mala UI" w:eastAsia="Nirmala UI" w:hAnsi="Nirmala U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mala UI" w:eastAsia="Nirmala UI" w:hAnsi="Nirmala U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F3B31E3-3F12-40B3-B175-5A7AF3466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admin</cp:lastModifiedBy>
  <cp:revision>2</cp:revision>
  <cp:lastPrinted>2026-10-22T05:54:00Z</cp:lastPrinted>
  <dcterms:created xsi:type="dcterms:W3CDTF">2026-10-22T09:26:00Z</dcterms:created>
  <dcterms:modified xsi:type="dcterms:W3CDTF">2026-10-22T09:26:00Z</dcterms:modified>
</cp:coreProperties>
</file>